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 שורשים ומקום – המשפחה שלי והיישוב שלי לכיתה ג׳</w:t>
            </w:r>
          </w:p>
          <w:p>
            <w:pPr>
              <w:bidi/>
              <w:jc w:val="right"/>
            </w:pPr>
            <w:r>
              <w:rPr>
                <w:rFonts w:ascii="Arial" w:hAnsi="Arial" w:cs="Arial" w:eastAsia="Arial"/>
                <w:lang w:val="he-IL" w:bidi="he-IL"/>
                <w:b/>
                <w:color w:val="3C1361"/>
                <w:sz w:val="32"/>
                <w:rtl/>
                <w:szCs w:val="32"/>
                <w:bCs/>
              </w:rPr>
              <w:t>דף תרגול: היישוב שלי – איך הכול התחיל?</w:t>
            </w:r>
          </w:p>
        </w:tc>
        <w:tc>
          <w:tcPr>
            <w:tcW w:type="dxa" w:w="2211"/>
            <w:shd w:val="clear" w:fill="FFF5E6"/>
          </w:tcPr>
          <w:p>
            <w:pPr>
              <w:bidi/>
              <w:jc w:val="right"/>
            </w:pPr>
            <w:r>
              <w:rPr>
                <w:rFonts w:ascii="Arial" w:hAnsi="Arial" w:cs="Arial" w:eastAsia="Arial"/>
                <w:lang w:val="he-IL" w:bidi="he-IL"/>
                <w:b/>
                <w:sz w:val="22"/>
                <w:rtl/>
                <w:szCs w:val="22"/>
                <w:bCs/>
              </w:rPr>
              <w:t>מהדורה למורה · חנ״מ</w:t>
            </w:r>
          </w:p>
        </w:tc>
      </w:tr>
    </w:tbl>
    <w:p>
      <w:pPr>
        <w:bidi/>
        <w:spacing w:after="80"/>
        <w:jc w:val="right"/>
      </w:pPr>
    </w:p>
    <w:p>
      <w:pPr>
        <w:bidi/>
        <w:pStyle w:val="Heading1"/>
        <w:spacing w:after="80"/>
        <w:jc w:val="right"/>
      </w:pPr>
      <w:r>
        <w:rPr>
          <w:rFonts w:ascii="Arial" w:hAnsi="Arial" w:cs="Arial" w:eastAsia="Arial"/>
          <w:lang w:val="he-IL" w:bidi="he-IL"/>
          <w:b/>
          <w:color w:val="7B341E"/>
          <w:sz w:val="36"/>
          <w:rtl/>
          <w:szCs w:val="36"/>
          <w:bCs/>
        </w:rPr>
        <w:t>מהדורה למורה – מפתח תשובות</w:t>
      </w:r>
    </w:p>
    <w:p>
      <w:pPr>
        <w:bidi/>
        <w:spacing w:after="80"/>
        <w:jc w:val="right"/>
      </w:pPr>
      <w:r>
        <w:rPr>
          <w:rFonts w:ascii="Arial" w:hAnsi="Arial" w:cs="Arial" w:eastAsia="Arial"/>
          <w:lang w:val="he-IL" w:bidi="he-IL"/>
          <w:b/>
          <w:sz w:val="24"/>
          <w:rtl/>
          <w:szCs w:val="24"/>
          <w:bCs/>
        </w:rPr>
        <w:t>מטרות הדף:</w:t>
      </w:r>
    </w:p>
    <w:p>
      <w:pPr>
        <w:bidi/>
        <w:spacing w:after="80"/>
        <w:jc w:val="right"/>
      </w:pPr>
      <w:r>
        <w:rPr>
          <w:rFonts w:ascii="Arial" w:hAnsi="Arial" w:cs="Arial" w:eastAsia="Arial"/>
          <w:lang w:val="he-IL" w:bidi="he-IL"/>
          <w:sz w:val="22"/>
          <w:rtl/>
          <w:szCs w:val="22"/>
        </w:rPr>
        <w:t>• להכיר את שלבי ההתפתחות של יישוב מראשיתו ועד היום</w:t>
      </w:r>
    </w:p>
    <w:p>
      <w:pPr>
        <w:bidi/>
        <w:spacing w:after="80"/>
        <w:jc w:val="right"/>
      </w:pPr>
      <w:r>
        <w:rPr>
          <w:rFonts w:ascii="Arial" w:hAnsi="Arial" w:cs="Arial" w:eastAsia="Arial"/>
          <w:lang w:val="he-IL" w:bidi="he-IL"/>
          <w:sz w:val="22"/>
          <w:rtl/>
          <w:szCs w:val="22"/>
        </w:rPr>
        <w:t>• להבין מי הם המייסדים ואילו תנאים הם בדקו לפני שהתיישבו</w:t>
      </w:r>
    </w:p>
    <w:p>
      <w:pPr>
        <w:bidi/>
        <w:spacing w:after="80"/>
        <w:jc w:val="right"/>
      </w:pPr>
      <w:r>
        <w:rPr>
          <w:rFonts w:ascii="Arial" w:hAnsi="Arial" w:cs="Arial" w:eastAsia="Arial"/>
          <w:lang w:val="he-IL" w:bidi="he-IL"/>
          <w:sz w:val="22"/>
          <w:rtl/>
          <w:szCs w:val="22"/>
        </w:rPr>
        <w:t>• לזהות דרכים לגלות את סיפור היישוב שלנו</w:t>
      </w:r>
    </w:p>
    <w:p>
      <w:pPr>
        <w:bidi/>
        <w:spacing w:after="80"/>
        <w:jc w:val="right"/>
      </w:pPr>
      <w:r>
        <w:rPr>
          <w:rFonts w:ascii="Arial" w:hAnsi="Arial" w:cs="Arial" w:eastAsia="Arial"/>
          <w:lang w:val="he-IL" w:bidi="he-IL"/>
          <w:color w:val="744210"/>
          <w:sz w:val="22"/>
          <w:rtl/>
          <w:szCs w:val="22"/>
        </w:rPr>
        <w:t>גרסת חנ״מ – פחות פריטים, עד 3 אפשרויות בחירה, בנק מילים, גופן מוגדל ושורות כתיבה רחבות. מומלץ להקריא את ההוראות בקול ולעבוד חלק אחר חלק, בלי הגבלת זמן.</w:t>
      </w:r>
    </w:p>
    <w:p>
      <w:pPr>
        <w:bidi/>
        <w:pStyle w:val="Heading3"/>
        <w:spacing w:after="80"/>
        <w:jc w:val="right"/>
      </w:pPr>
      <w:r>
        <w:rPr>
          <w:rFonts w:ascii="Arial" w:hAnsi="Arial" w:cs="Arial" w:eastAsia="Arial"/>
          <w:lang w:val="he-IL" w:bidi="he-IL"/>
          <w:b/>
          <w:color w:val="E53E3E"/>
          <w:sz w:val="26"/>
          <w:rtl/>
          <w:szCs w:val="26"/>
          <w:bCs/>
        </w:rPr>
        <w:t>חלק א׳ – הבנה - שאלות אמריקאיות</w:t>
      </w:r>
    </w:p>
    <w:p>
      <w:pPr>
        <w:bidi/>
        <w:spacing w:after="40"/>
        <w:jc w:val="right"/>
      </w:pPr>
      <w:r>
        <w:rPr>
          <w:rFonts w:ascii="Arial" w:hAnsi="Arial" w:cs="Arial" w:eastAsia="Arial"/>
          <w:lang w:val="he-IL" w:bidi="he-IL"/>
          <w:sz w:val="22"/>
          <w:rtl/>
          <w:szCs w:val="22"/>
        </w:rPr>
        <w:t>1. א – תמונה ישנה בשחור-לבן</w:t>
      </w:r>
    </w:p>
    <w:p>
      <w:pPr>
        <w:bidi/>
        <w:spacing w:after="40"/>
        <w:jc w:val="right"/>
      </w:pPr>
      <w:r>
        <w:rPr>
          <w:rFonts w:ascii="Arial" w:hAnsi="Arial" w:cs="Arial" w:eastAsia="Arial"/>
          <w:lang w:val="he-IL" w:bidi="he-IL"/>
          <w:sz w:val="22"/>
          <w:rtl/>
          <w:szCs w:val="22"/>
        </w:rPr>
        <w:t>2. ב – שלושה בתים קטנים, עץ ודרך עפר</w:t>
      </w:r>
    </w:p>
    <w:p>
      <w:pPr>
        <w:bidi/>
        <w:spacing w:after="40"/>
        <w:jc w:val="right"/>
      </w:pPr>
      <w:r>
        <w:rPr>
          <w:rFonts w:ascii="Arial" w:hAnsi="Arial" w:cs="Arial" w:eastAsia="Arial"/>
          <w:lang w:val="he-IL" w:bidi="he-IL"/>
          <w:sz w:val="22"/>
          <w:rtl/>
          <w:szCs w:val="22"/>
        </w:rPr>
        <w:t>3. ג – מייסדים</w:t>
      </w:r>
    </w:p>
    <w:p>
      <w:pPr>
        <w:bidi/>
        <w:spacing w:after="40"/>
        <w:jc w:val="right"/>
      </w:pPr>
      <w:r>
        <w:rPr>
          <w:rFonts w:ascii="Arial" w:hAnsi="Arial" w:cs="Arial" w:eastAsia="Arial"/>
          <w:lang w:val="he-IL" w:bidi="he-IL"/>
          <w:sz w:val="22"/>
          <w:rtl/>
          <w:szCs w:val="22"/>
        </w:rPr>
        <w:t>4. א – בתים קטנים, באר ושביל</w:t>
      </w:r>
    </w:p>
    <w:p>
      <w:pPr>
        <w:bidi/>
        <w:pStyle w:val="Heading3"/>
        <w:spacing w:after="80"/>
        <w:jc w:val="right"/>
      </w:pPr>
      <w:r>
        <w:rPr>
          <w:rFonts w:ascii="Arial" w:hAnsi="Arial" w:cs="Arial" w:eastAsia="Arial"/>
          <w:lang w:val="he-IL" w:bidi="he-IL"/>
          <w:b/>
          <w:color w:val="DD6B20"/>
          <w:sz w:val="26"/>
          <w:rtl/>
          <w:szCs w:val="26"/>
          <w:bCs/>
        </w:rPr>
        <w:t>חלק ב׳ – נכון או לא נכון</w:t>
      </w:r>
    </w:p>
    <w:p>
      <w:pPr>
        <w:bidi/>
        <w:spacing w:after="40"/>
        <w:jc w:val="right"/>
      </w:pPr>
      <w:r>
        <w:rPr>
          <w:rFonts w:ascii="Arial" w:hAnsi="Arial" w:cs="Arial" w:eastAsia="Arial"/>
          <w:lang w:val="he-IL" w:bidi="he-IL"/>
          <w:sz w:val="22"/>
          <w:rtl/>
          <w:szCs w:val="22"/>
        </w:rPr>
        <w:t>1. לא נכון – בתמונה היו רק שלושה בתים קטנים</w:t>
      </w:r>
    </w:p>
    <w:p>
      <w:pPr>
        <w:bidi/>
        <w:spacing w:after="40"/>
        <w:jc w:val="right"/>
      </w:pPr>
      <w:r>
        <w:rPr>
          <w:rFonts w:ascii="Arial" w:hAnsi="Arial" w:cs="Arial" w:eastAsia="Arial"/>
          <w:lang w:val="he-IL" w:bidi="he-IL"/>
          <w:sz w:val="22"/>
          <w:rtl/>
          <w:szCs w:val="22"/>
        </w:rPr>
        <w:t>2. נכון – כך מוגדר בטקסט</w:t>
      </w:r>
    </w:p>
    <w:p>
      <w:pPr>
        <w:bidi/>
        <w:spacing w:after="40"/>
        <w:jc w:val="right"/>
      </w:pPr>
      <w:r>
        <w:rPr>
          <w:rFonts w:ascii="Arial" w:hAnsi="Arial" w:cs="Arial" w:eastAsia="Arial"/>
          <w:lang w:val="he-IL" w:bidi="he-IL"/>
          <w:sz w:val="22"/>
          <w:rtl/>
          <w:szCs w:val="22"/>
        </w:rPr>
        <w:t>3. נכון – היו שם שדות, גבעה או חורשה, בלי בתים</w:t>
      </w:r>
    </w:p>
    <w:p>
      <w:pPr>
        <w:bidi/>
        <w:pStyle w:val="Heading3"/>
        <w:spacing w:after="80"/>
        <w:jc w:val="right"/>
      </w:pPr>
      <w:r>
        <w:rPr>
          <w:rFonts w:ascii="Arial" w:hAnsi="Arial" w:cs="Arial" w:eastAsia="Arial"/>
          <w:lang w:val="he-IL" w:bidi="he-IL"/>
          <w:b/>
          <w:color w:val="3182CE"/>
          <w:sz w:val="26"/>
          <w:rtl/>
          <w:szCs w:val="26"/>
          <w:bCs/>
        </w:rPr>
        <w:t>חלק ג׳ – השלימו את המילה החסרה</w:t>
      </w:r>
    </w:p>
    <w:p>
      <w:pPr>
        <w:bidi/>
        <w:spacing w:after="40"/>
        <w:jc w:val="right"/>
      </w:pPr>
      <w:r>
        <w:rPr>
          <w:rFonts w:ascii="Arial" w:hAnsi="Arial" w:cs="Arial" w:eastAsia="Arial"/>
          <w:lang w:val="he-IL" w:bidi="he-IL"/>
          <w:sz w:val="22"/>
          <w:rtl/>
          <w:szCs w:val="22"/>
        </w:rPr>
        <w:t>1. מייסדים</w:t>
      </w:r>
    </w:p>
    <w:p>
      <w:pPr>
        <w:bidi/>
        <w:spacing w:after="40"/>
        <w:jc w:val="right"/>
      </w:pPr>
      <w:r>
        <w:rPr>
          <w:rFonts w:ascii="Arial" w:hAnsi="Arial" w:cs="Arial" w:eastAsia="Arial"/>
          <w:lang w:val="he-IL" w:bidi="he-IL"/>
          <w:sz w:val="22"/>
          <w:rtl/>
          <w:szCs w:val="22"/>
        </w:rPr>
        <w:t>2. ארכיון</w:t>
      </w:r>
    </w:p>
    <w:p>
      <w:pPr>
        <w:bidi/>
        <w:spacing w:after="40"/>
        <w:jc w:val="right"/>
      </w:pPr>
      <w:r>
        <w:rPr>
          <w:rFonts w:ascii="Arial" w:hAnsi="Arial" w:cs="Arial" w:eastAsia="Arial"/>
          <w:lang w:val="he-IL" w:bidi="he-IL"/>
          <w:sz w:val="22"/>
          <w:rtl/>
          <w:szCs w:val="22"/>
        </w:rPr>
        <w:t>3. באר</w:t>
      </w:r>
    </w:p>
    <w:p>
      <w:pPr>
        <w:bidi/>
        <w:spacing w:after="40"/>
        <w:jc w:val="right"/>
      </w:pPr>
      <w:r>
        <w:rPr>
          <w:rFonts w:ascii="Arial" w:hAnsi="Arial" w:cs="Arial" w:eastAsia="Arial"/>
          <w:lang w:val="he-IL" w:bidi="he-IL"/>
          <w:sz w:val="22"/>
          <w:rtl/>
          <w:szCs w:val="22"/>
        </w:rPr>
        <w:t>4. ותיק</w:t>
      </w:r>
    </w:p>
    <w:p>
      <w:pPr>
        <w:bidi/>
        <w:pStyle w:val="Heading3"/>
        <w:spacing w:after="80"/>
        <w:jc w:val="right"/>
      </w:pPr>
      <w:r>
        <w:rPr>
          <w:rFonts w:ascii="Arial" w:hAnsi="Arial" w:cs="Arial" w:eastAsia="Arial"/>
          <w:lang w:val="he-IL" w:bidi="he-IL"/>
          <w:b/>
          <w:color w:val="38A169"/>
          <w:sz w:val="26"/>
          <w:rtl/>
          <w:szCs w:val="26"/>
          <w:bCs/>
        </w:rPr>
        <w:t>חלק ד׳ – התאימו בין המילה להסבר</w:t>
      </w:r>
    </w:p>
    <w:p>
      <w:pPr>
        <w:bidi/>
        <w:spacing w:after="40"/>
        <w:jc w:val="right"/>
      </w:pPr>
      <w:r>
        <w:rPr>
          <w:rFonts w:ascii="Arial" w:hAnsi="Arial" w:cs="Arial" w:eastAsia="Arial"/>
          <w:lang w:val="he-IL" w:bidi="he-IL"/>
          <w:sz w:val="22"/>
          <w:rtl/>
          <w:szCs w:val="22"/>
        </w:rPr>
        <w:t>1 – ג (האנשים הראשונים שהתחילו את היישוב)</w:t>
      </w:r>
    </w:p>
    <w:p>
      <w:pPr>
        <w:bidi/>
        <w:spacing w:after="40"/>
        <w:jc w:val="right"/>
      </w:pPr>
      <w:r>
        <w:rPr>
          <w:rFonts w:ascii="Arial" w:hAnsi="Arial" w:cs="Arial" w:eastAsia="Arial"/>
          <w:lang w:val="he-IL" w:bidi="he-IL"/>
          <w:sz w:val="22"/>
          <w:rtl/>
          <w:szCs w:val="22"/>
        </w:rPr>
        <w:t>2 – ד (מקום ששומרים בו מסמכים ותמונות ישנים)</w:t>
      </w:r>
    </w:p>
    <w:p>
      <w:pPr>
        <w:bidi/>
        <w:spacing w:after="40"/>
        <w:jc w:val="right"/>
      </w:pPr>
      <w:r>
        <w:rPr>
          <w:rFonts w:ascii="Arial" w:hAnsi="Arial" w:cs="Arial" w:eastAsia="Arial"/>
          <w:lang w:val="he-IL" w:bidi="he-IL"/>
          <w:sz w:val="22"/>
          <w:rtl/>
          <w:szCs w:val="22"/>
        </w:rPr>
        <w:t>3 – א (בור עמוק באדמה שמוציאים ממנו מים)</w:t>
      </w:r>
    </w:p>
    <w:p>
      <w:pPr>
        <w:bidi/>
        <w:spacing w:after="40"/>
        <w:jc w:val="right"/>
      </w:pPr>
      <w:r>
        <w:rPr>
          <w:rFonts w:ascii="Arial" w:hAnsi="Arial" w:cs="Arial" w:eastAsia="Arial"/>
          <w:lang w:val="he-IL" w:bidi="he-IL"/>
          <w:sz w:val="22"/>
          <w:rtl/>
          <w:szCs w:val="22"/>
        </w:rPr>
        <w:t>4 – ב (ציור קטן שמייצג את היישוב)</w:t>
      </w:r>
    </w:p>
    <w:p>
      <w:pPr>
        <w:bidi/>
        <w:pStyle w:val="Heading3"/>
        <w:spacing w:after="80"/>
        <w:jc w:val="right"/>
      </w:pPr>
      <w:r>
        <w:rPr>
          <w:rFonts w:ascii="Arial" w:hAnsi="Arial" w:cs="Arial" w:eastAsia="Arial"/>
          <w:lang w:val="he-IL" w:bidi="he-IL"/>
          <w:b/>
          <w:color w:val="805AD5"/>
          <w:sz w:val="26"/>
          <w:rtl/>
          <w:szCs w:val="26"/>
          <w:bCs/>
        </w:rPr>
        <w:t>חלק ה׳ – סדרו את שלבי ההתפתחות של היישוב</w:t>
      </w:r>
    </w:p>
    <w:p>
      <w:pPr>
        <w:bidi/>
        <w:spacing w:after="40"/>
        <w:jc w:val="right"/>
      </w:pPr>
      <w:r>
        <w:rPr>
          <w:rFonts w:ascii="Arial" w:hAnsi="Arial" w:cs="Arial" w:eastAsia="Arial"/>
          <w:lang w:val="he-IL" w:bidi="he-IL"/>
          <w:sz w:val="22"/>
          <w:rtl/>
          <w:szCs w:val="22"/>
        </w:rPr>
        <w:t>1. המקום היה ריק - שדות, גבעה או חורשה שקטה</w:t>
      </w:r>
    </w:p>
    <w:p>
      <w:pPr>
        <w:bidi/>
        <w:spacing w:after="40"/>
        <w:jc w:val="right"/>
      </w:pPr>
      <w:r>
        <w:rPr>
          <w:rFonts w:ascii="Arial" w:hAnsi="Arial" w:cs="Arial" w:eastAsia="Arial"/>
          <w:lang w:val="he-IL" w:bidi="he-IL"/>
          <w:sz w:val="22"/>
          <w:rtl/>
          <w:szCs w:val="22"/>
        </w:rPr>
        <w:t>2. המייסדים הגיעו ובדקו מים, אדמה ודרך</w:t>
      </w:r>
    </w:p>
    <w:p>
      <w:pPr>
        <w:bidi/>
        <w:spacing w:after="40"/>
        <w:jc w:val="right"/>
      </w:pPr>
      <w:r>
        <w:rPr>
          <w:rFonts w:ascii="Arial" w:hAnsi="Arial" w:cs="Arial" w:eastAsia="Arial"/>
          <w:lang w:val="he-IL" w:bidi="he-IL"/>
          <w:sz w:val="22"/>
          <w:rtl/>
          <w:szCs w:val="22"/>
        </w:rPr>
        <w:t>3. המייסדים בנו בתים קטנים, באר ושביל ראשון</w:t>
      </w:r>
    </w:p>
    <w:p>
      <w:pPr>
        <w:bidi/>
        <w:spacing w:after="40"/>
        <w:jc w:val="right"/>
      </w:pPr>
      <w:r>
        <w:rPr>
          <w:rFonts w:ascii="Arial" w:hAnsi="Arial" w:cs="Arial" w:eastAsia="Arial"/>
          <w:lang w:val="he-IL" w:bidi="he-IL"/>
          <w:sz w:val="22"/>
          <w:rtl/>
          <w:szCs w:val="22"/>
        </w:rPr>
        <w:t>4. הגיעו משפחות חדשות ונפתחו גן ילדים ומכולת</w:t>
      </w:r>
    </w:p>
    <w:p>
      <w:pPr>
        <w:bidi/>
        <w:pStyle w:val="Heading3"/>
        <w:spacing w:after="80"/>
        <w:jc w:val="right"/>
      </w:pPr>
      <w:r>
        <w:rPr>
          <w:rFonts w:ascii="Arial" w:hAnsi="Arial" w:cs="Arial" w:eastAsia="Arial"/>
          <w:lang w:val="he-IL" w:bidi="he-IL"/>
          <w:b/>
          <w:color w:val="D53F8C"/>
          <w:sz w:val="26"/>
          <w:rtl/>
          <w:szCs w:val="26"/>
          <w:bCs/>
        </w:rPr>
        <w:t>חלק ו׳ – כתיבה ומחשבה</w:t>
      </w:r>
    </w:p>
    <w:p>
      <w:pPr>
        <w:bidi/>
        <w:spacing w:after="40"/>
        <w:jc w:val="right"/>
      </w:pPr>
      <w:r>
        <w:rPr>
          <w:rFonts w:ascii="Arial" w:hAnsi="Arial" w:cs="Arial" w:eastAsia="Arial"/>
          <w:lang w:val="he-IL" w:bidi="he-IL"/>
          <w:sz w:val="22"/>
          <w:rtl/>
          <w:szCs w:val="22"/>
        </w:rPr>
        <w:t>1. שאלות הגיוניות הקשורות להיסטוריית היישוב, למשל: איך היה המקום פעם? מי היו המייסדים? איך נבחר שם הרחוב?</w:t>
      </w:r>
    </w:p>
    <w:p>
      <w:pPr>
        <w:bidi/>
        <w:pStyle w:val="Heading3"/>
        <w:spacing w:after="80"/>
        <w:jc w:val="right"/>
      </w:pPr>
      <w:r>
        <w:rPr>
          <w:rFonts w:ascii="Arial" w:hAnsi="Arial" w:cs="Arial" w:eastAsia="Arial"/>
          <w:lang w:val="he-IL" w:bidi="he-IL"/>
          <w:b/>
          <w:sz w:val="26"/>
          <w:rtl/>
          <w:szCs w:val="26"/>
          <w:bCs/>
        </w:rPr>
        <w:t>כרטיס יציאה – מה לחפש</w:t>
      </w:r>
    </w:p>
    <w:p>
      <w:pPr>
        <w:bidi/>
        <w:spacing w:after="80"/>
        <w:jc w:val="right"/>
      </w:pPr>
      <w:r>
        <w:rPr>
          <w:rFonts w:ascii="Arial" w:hAnsi="Arial" w:cs="Arial" w:eastAsia="Arial"/>
          <w:lang w:val="he-IL" w:bidi="he-IL"/>
          <w:sz w:val="22"/>
          <w:rtl/>
          <w:szCs w:val="22"/>
        </w:rPr>
        <w:t>• האנשים הראשונים שהתחילו את היישוב</w:t>
      </w:r>
    </w:p>
    <w:p>
      <w:pPr>
        <w:bidi/>
        <w:spacing w:after="80"/>
        <w:jc w:val="right"/>
      </w:pPr>
      <w:r>
        <w:rPr>
          <w:rFonts w:ascii="Arial" w:hAnsi="Arial" w:cs="Arial" w:eastAsia="Arial"/>
          <w:lang w:val="he-IL" w:bidi="he-IL"/>
          <w:sz w:val="22"/>
          <w:rtl/>
          <w:szCs w:val="22"/>
        </w:rPr>
        <w:t>• מים קרובים, אדמה טובה ודרך שמחברת לעולם</w:t>
      </w:r>
    </w:p>
    <w:p>
      <w:pPr>
        <w:bidi/>
        <w:spacing w:after="80"/>
        <w:jc w:val="right"/>
      </w:pPr>
      <w:r>
        <w:rPr>
          <w:rFonts w:ascii="Arial" w:hAnsi="Arial" w:cs="Arial" w:eastAsia="Arial"/>
          <w:lang w:val="he-IL" w:bidi="he-IL"/>
          <w:sz w:val="22"/>
          <w:rtl/>
          <w:szCs w:val="22"/>
        </w:rPr>
        <w:t>• לשאול תושב ותיק, לבקר בארכיון או במוזיאון, להסתכל בתמונות ישנות</w:t>
      </w:r>
    </w:p>
    <w:p>
      <w:pPr>
        <w:bidi/>
        <w:spacing w:after="80"/>
        <w:jc w:val="right"/>
      </w:pPr>
      <w:r>
        <w:rPr>
          <w:rFonts w:ascii="Arial" w:hAnsi="Arial" w:cs="Arial" w:eastAsia="Arial"/>
          <w:lang w:val="he-IL" w:bidi="he-IL"/>
          <w:b/>
          <w:sz w:val="24"/>
          <w:rtl/>
          <w:szCs w:val="24"/>
          <w:bCs/>
        </w:rPr>
        <w:t>טיפים להפעלה:</w:t>
      </w:r>
    </w:p>
    <w:p>
      <w:pPr>
        <w:bidi/>
        <w:spacing w:after="80"/>
        <w:jc w:val="right"/>
      </w:pPr>
      <w:r>
        <w:rPr>
          <w:rFonts w:ascii="Arial" w:hAnsi="Arial" w:cs="Arial" w:eastAsia="Arial"/>
          <w:lang w:val="he-IL" w:bidi="he-IL"/>
          <w:sz w:val="22"/>
          <w:rtl/>
          <w:szCs w:val="22"/>
        </w:rPr>
        <w:t>• אפשר לפתוח את השיעור בשאלה אם תלמידים מכירים סיפורים או תמונות ישנות מהיישוב שלהם</w:t>
      </w:r>
    </w:p>
    <w:p>
      <w:pPr>
        <w:bidi/>
        <w:spacing w:after="80"/>
        <w:jc w:val="right"/>
      </w:pPr>
      <w:r>
        <w:rPr>
          <w:rFonts w:ascii="Arial" w:hAnsi="Arial" w:cs="Arial" w:eastAsia="Arial"/>
          <w:lang w:val="he-IL" w:bidi="he-IL"/>
          <w:sz w:val="22"/>
          <w:rtl/>
          <w:szCs w:val="22"/>
        </w:rPr>
        <w:t>• כדאי לעודד תלמידים לשתף פעולה בחלק הסידור הכרונולוגי לפני מילוי התשובות בכתב</w:t>
      </w:r>
    </w:p>
    <w:p>
      <w:pPr>
        <w:bidi/>
        <w:spacing w:after="80"/>
        <w:jc w:val="right"/>
      </w:pPr>
      <w:r>
        <w:rPr>
          <w:rFonts w:ascii="Arial" w:hAnsi="Arial" w:cs="Arial" w:eastAsia="Arial"/>
          <w:lang w:val="he-IL" w:bidi="he-IL"/>
          <w:sz w:val="22"/>
          <w:rtl/>
          <w:szCs w:val="22"/>
        </w:rPr>
        <w:t>• בחלק הפתוח אפשר להרחיב ולבקש מהתלמידים לראיין בן משפחה מבוגר כמשימת המשך</w:t>
      </w:r>
    </w:p>
    <w:p>
      <w:r>
        <w:br w:type="page"/>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 שורשים ומקום – המשפחה שלי והיישוב שלי לכיתה ג׳</w:t>
            </w:r>
          </w:p>
          <w:p>
            <w:pPr>
              <w:bidi/>
              <w:jc w:val="right"/>
            </w:pPr>
            <w:r>
              <w:rPr>
                <w:rFonts w:ascii="Arial" w:hAnsi="Arial" w:cs="Arial" w:eastAsia="Arial"/>
                <w:lang w:val="he-IL" w:bidi="he-IL"/>
                <w:b/>
                <w:color w:val="3C1361"/>
                <w:sz w:val="32"/>
                <w:rtl/>
                <w:szCs w:val="32"/>
                <w:bCs/>
              </w:rPr>
              <w:t>דף תרגול: היישוב שלי – איך הכול התחיל?</w:t>
            </w:r>
          </w:p>
        </w:tc>
        <w:tc>
          <w:tcPr>
            <w:tcW w:type="dxa" w:w="2211"/>
            <w:shd w:val="clear" w:fill="FFF5E6"/>
          </w:tcPr>
          <w:p>
            <w:pPr>
              <w:bidi/>
              <w:jc w:val="right"/>
            </w:pPr>
            <w:r>
              <w:rPr>
                <w:rFonts w:ascii="Arial" w:hAnsi="Arial" w:cs="Arial" w:eastAsia="Arial"/>
                <w:lang w:val="he-IL" w:bidi="he-IL"/>
                <w:b/>
                <w:sz w:val="22"/>
                <w:rtl/>
                <w:szCs w:val="22"/>
                <w:bCs/>
              </w:rPr>
              <w:t>דף התלמיד/ה · חנ״מ</w:t>
            </w:r>
          </w:p>
        </w:tc>
      </w:tr>
    </w:tbl>
    <w:p>
      <w:pPr>
        <w:bidi/>
        <w:spacing w:after="80"/>
        <w:jc w:val="right"/>
      </w:pPr>
    </w:p>
    <w:p>
      <w:pPr>
        <w:bidi/>
        <w:pStyle w:val="Heading1"/>
        <w:spacing w:after="80"/>
        <w:jc w:val="right"/>
      </w:pPr>
      <w:r>
        <w:rPr>
          <w:rFonts w:ascii="Arial" w:hAnsi="Arial" w:cs="Arial" w:eastAsia="Arial"/>
          <w:lang w:val="he-IL" w:bidi="he-IL"/>
          <w:b/>
          <w:color w:val="3C1361"/>
          <w:sz w:val="28"/>
          <w:rtl/>
          <w:szCs w:val="28"/>
          <w:bCs/>
        </w:rPr>
        <w:t>דף התלמיד/ה</w:t>
      </w:r>
    </w:p>
    <w:p>
      <w:pPr>
        <w:bidi/>
        <w:spacing w:after="80"/>
        <w:jc w:val="right"/>
      </w:pPr>
      <w:r>
        <w:rPr>
          <w:rFonts w:ascii="Arial" w:hAnsi="Arial" w:cs="Arial" w:eastAsia="Arial"/>
          <w:lang w:val="he-IL" w:bidi="he-IL"/>
          <w:b/>
          <w:sz w:val="32"/>
          <w:rtl/>
          <w:szCs w:val="32"/>
          <w:bCs/>
        </w:rPr>
        <w:t>שם: ____________________   כיתה: ________   תאריך: ____________</w:t>
      </w:r>
    </w:p>
    <w:p>
      <w:pPr>
        <w:bidi/>
        <w:spacing w:after="80"/>
        <w:jc w:val="right"/>
      </w:pPr>
      <w:r>
        <w:rPr>
          <w:rFonts w:ascii="Arial" w:hAnsi="Arial" w:cs="Arial" w:eastAsia="Arial"/>
          <w:lang w:val="he-IL" w:bidi="he-IL"/>
          <w:color w:val="2C5282"/>
          <w:sz w:val="32"/>
          <w:rtl/>
          <w:szCs w:val="32"/>
        </w:rPr>
        <w:t>קראנו על אליה ועומר שגילו תמונה ישנה של היישוב שלהם, ועל הדרך שבה מקום ריק הופך ליישוב מלא חיים. בדף הזה נתרגל את מה שלמדנו על המייסדים ועל ההתפתחות של היישוב.</w:t>
      </w:r>
    </w:p>
    <w:p>
      <w:pPr>
        <w:bidi/>
        <w:spacing w:after="80"/>
        <w:jc w:val="right"/>
      </w:pPr>
      <w:r>
        <w:rPr>
          <w:rFonts w:ascii="Arial" w:hAnsi="Arial" w:cs="Arial" w:eastAsia="Arial"/>
          <w:lang w:val="he-IL" w:bidi="he-IL"/>
          <w:b/>
          <w:color w:val="7B341E"/>
          <w:sz w:val="32"/>
          <w:rtl/>
          <w:szCs w:val="32"/>
          <w:bCs/>
        </w:rPr>
        <w:t>🧺 בנק מילים: באר  ·  ותיק  ·  ארכיון  ·  מייסדים</w:t>
      </w:r>
    </w:p>
    <w:p>
      <w:pPr>
        <w:bidi/>
        <w:pStyle w:val="Heading2"/>
        <w:spacing w:after="80"/>
        <w:jc w:val="right"/>
      </w:pPr>
      <w:r>
        <w:rPr>
          <w:rFonts w:ascii="Arial" w:hAnsi="Arial" w:cs="Arial" w:eastAsia="Arial"/>
          <w:lang w:val="he-IL" w:bidi="he-IL"/>
          <w:b/>
          <w:color w:val="E53E3E"/>
          <w:sz w:val="36"/>
          <w:rtl/>
          <w:szCs w:val="36"/>
          <w:bCs/>
        </w:rPr>
        <w:t>1  חלק א׳ – הבנה - שאלות אמריקאיות</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מה אליה מצאה בהפסקה?</w:t>
      </w:r>
    </w:p>
    <w:p>
      <w:pPr>
        <w:bidi/>
        <w:spacing w:after="20"/>
        <w:jc w:val="right"/>
      </w:pPr>
      <w:r>
        <w:rPr>
          <w:rFonts w:ascii="Arial" w:hAnsi="Arial" w:cs="Arial" w:eastAsia="Arial"/>
          <w:lang w:val="he-IL" w:bidi="he-IL"/>
          <w:sz w:val="32"/>
          <w:rtl/>
          <w:szCs w:val="32"/>
        </w:rPr>
        <w:t xml:space="preserve">      ☐ א. תמונה ישנה בשחור-לבן</w:t>
      </w:r>
    </w:p>
    <w:p>
      <w:pPr>
        <w:bidi/>
        <w:spacing w:after="20"/>
        <w:jc w:val="right"/>
      </w:pPr>
      <w:r>
        <w:rPr>
          <w:rFonts w:ascii="Arial" w:hAnsi="Arial" w:cs="Arial" w:eastAsia="Arial"/>
          <w:lang w:val="he-IL" w:bidi="he-IL"/>
          <w:sz w:val="32"/>
          <w:rtl/>
          <w:szCs w:val="32"/>
        </w:rPr>
        <w:t xml:space="preserve">      ☐ ב. מפה של היישוב</w:t>
      </w:r>
    </w:p>
    <w:p>
      <w:pPr>
        <w:bidi/>
        <w:spacing w:after="20"/>
        <w:jc w:val="right"/>
      </w:pPr>
      <w:r>
        <w:rPr>
          <w:rFonts w:ascii="Arial" w:hAnsi="Arial" w:cs="Arial" w:eastAsia="Arial"/>
          <w:lang w:val="he-IL" w:bidi="he-IL"/>
          <w:sz w:val="32"/>
          <w:rtl/>
          <w:szCs w:val="32"/>
        </w:rPr>
        <w:t xml:space="preserve">      ☐ ג. ספר ישן</w:t>
      </w:r>
    </w:p>
    <w:p>
      <w:pPr>
        <w:bidi/>
        <w:spacing w:after="20"/>
        <w:jc w:val="right"/>
      </w:pPr>
      <w:r>
        <w:rPr>
          <w:rFonts w:ascii="Arial" w:hAnsi="Arial" w:cs="Arial" w:eastAsia="Arial"/>
          <w:lang w:val="he-IL" w:bidi="he-IL"/>
          <w:b/>
          <w:sz w:val="32"/>
          <w:rtl/>
          <w:szCs w:val="32"/>
          <w:bCs/>
        </w:rPr>
        <w:t>2. מה היה בתמונה הישנה?</w:t>
      </w:r>
    </w:p>
    <w:p>
      <w:pPr>
        <w:bidi/>
        <w:spacing w:after="20"/>
        <w:jc w:val="right"/>
      </w:pPr>
      <w:r>
        <w:rPr>
          <w:rFonts w:ascii="Arial" w:hAnsi="Arial" w:cs="Arial" w:eastAsia="Arial"/>
          <w:lang w:val="he-IL" w:bidi="he-IL"/>
          <w:sz w:val="32"/>
          <w:rtl/>
          <w:szCs w:val="32"/>
        </w:rPr>
        <w:t xml:space="preserve">      ☐ א. בית ספר גדול</w:t>
      </w:r>
    </w:p>
    <w:p>
      <w:pPr>
        <w:bidi/>
        <w:spacing w:after="20"/>
        <w:jc w:val="right"/>
      </w:pPr>
      <w:r>
        <w:rPr>
          <w:rFonts w:ascii="Arial" w:hAnsi="Arial" w:cs="Arial" w:eastAsia="Arial"/>
          <w:lang w:val="he-IL" w:bidi="he-IL"/>
          <w:sz w:val="32"/>
          <w:rtl/>
          <w:szCs w:val="32"/>
        </w:rPr>
        <w:t xml:space="preserve">      ☐ ב. שלושה בתים קטנים, עץ ודרך עפר</w:t>
      </w:r>
    </w:p>
    <w:p>
      <w:pPr>
        <w:bidi/>
        <w:spacing w:after="20"/>
        <w:jc w:val="right"/>
      </w:pPr>
      <w:r>
        <w:rPr>
          <w:rFonts w:ascii="Arial" w:hAnsi="Arial" w:cs="Arial" w:eastAsia="Arial"/>
          <w:lang w:val="he-IL" w:bidi="he-IL"/>
          <w:sz w:val="32"/>
          <w:rtl/>
          <w:szCs w:val="32"/>
        </w:rPr>
        <w:t xml:space="preserve">      ☐ ג. כביש ומכוניות</w:t>
      </w:r>
    </w:p>
    <w:p>
      <w:pPr>
        <w:bidi/>
        <w:spacing w:after="20"/>
        <w:jc w:val="right"/>
      </w:pPr>
      <w:r>
        <w:rPr>
          <w:rFonts w:ascii="Arial" w:hAnsi="Arial" w:cs="Arial" w:eastAsia="Arial"/>
          <w:lang w:val="he-IL" w:bidi="he-IL"/>
          <w:b/>
          <w:sz w:val="32"/>
          <w:rtl/>
          <w:szCs w:val="32"/>
          <w:bCs/>
        </w:rPr>
        <w:t>3. איך קוראים לאנשים הראשונים שהתחילו את היישוב?</w:t>
      </w:r>
    </w:p>
    <w:p>
      <w:pPr>
        <w:bidi/>
        <w:spacing w:after="20"/>
        <w:jc w:val="right"/>
      </w:pPr>
      <w:r>
        <w:rPr>
          <w:rFonts w:ascii="Arial" w:hAnsi="Arial" w:cs="Arial" w:eastAsia="Arial"/>
          <w:lang w:val="he-IL" w:bidi="he-IL"/>
          <w:sz w:val="32"/>
          <w:rtl/>
          <w:szCs w:val="32"/>
        </w:rPr>
        <w:t xml:space="preserve">      ☐ א. תושבים ותיקים</w:t>
      </w:r>
    </w:p>
    <w:p>
      <w:pPr>
        <w:bidi/>
        <w:spacing w:after="20"/>
        <w:jc w:val="right"/>
      </w:pPr>
      <w:r>
        <w:rPr>
          <w:rFonts w:ascii="Arial" w:hAnsi="Arial" w:cs="Arial" w:eastAsia="Arial"/>
          <w:lang w:val="he-IL" w:bidi="he-IL"/>
          <w:sz w:val="32"/>
          <w:rtl/>
          <w:szCs w:val="32"/>
        </w:rPr>
        <w:t xml:space="preserve">      ☐ ב. תיירים</w:t>
      </w:r>
    </w:p>
    <w:p>
      <w:pPr>
        <w:bidi/>
        <w:spacing w:after="20"/>
        <w:jc w:val="right"/>
      </w:pPr>
      <w:r>
        <w:rPr>
          <w:rFonts w:ascii="Arial" w:hAnsi="Arial" w:cs="Arial" w:eastAsia="Arial"/>
          <w:lang w:val="he-IL" w:bidi="he-IL"/>
          <w:sz w:val="32"/>
          <w:rtl/>
          <w:szCs w:val="32"/>
        </w:rPr>
        <w:t xml:space="preserve">      ☐ ג. מייסדים</w:t>
      </w:r>
    </w:p>
    <w:p>
      <w:pPr>
        <w:bidi/>
        <w:spacing w:after="20"/>
        <w:jc w:val="right"/>
      </w:pPr>
      <w:r>
        <w:rPr>
          <w:rFonts w:ascii="Arial" w:hAnsi="Arial" w:cs="Arial" w:eastAsia="Arial"/>
          <w:lang w:val="he-IL" w:bidi="he-IL"/>
          <w:b/>
          <w:sz w:val="32"/>
          <w:rtl/>
          <w:szCs w:val="32"/>
          <w:bCs/>
        </w:rPr>
        <w:t>4. מה הקימו המייסדים בהתחלה?</w:t>
      </w:r>
    </w:p>
    <w:p>
      <w:pPr>
        <w:bidi/>
        <w:spacing w:after="20"/>
        <w:jc w:val="right"/>
      </w:pPr>
      <w:r>
        <w:rPr>
          <w:rFonts w:ascii="Arial" w:hAnsi="Arial" w:cs="Arial" w:eastAsia="Arial"/>
          <w:lang w:val="he-IL" w:bidi="he-IL"/>
          <w:sz w:val="32"/>
          <w:rtl/>
          <w:szCs w:val="32"/>
        </w:rPr>
        <w:t xml:space="preserve">      ☐ א. בתים קטנים, באר ושביל</w:t>
      </w:r>
    </w:p>
    <w:p>
      <w:pPr>
        <w:bidi/>
        <w:spacing w:after="20"/>
        <w:jc w:val="right"/>
      </w:pPr>
      <w:r>
        <w:rPr>
          <w:rFonts w:ascii="Arial" w:hAnsi="Arial" w:cs="Arial" w:eastAsia="Arial"/>
          <w:lang w:val="he-IL" w:bidi="he-IL"/>
          <w:sz w:val="32"/>
          <w:rtl/>
          <w:szCs w:val="32"/>
        </w:rPr>
        <w:t xml:space="preserve">      ☐ ב. קניון גדול</w:t>
      </w:r>
    </w:p>
    <w:p>
      <w:pPr>
        <w:bidi/>
        <w:spacing w:after="20"/>
        <w:jc w:val="right"/>
      </w:pPr>
      <w:r>
        <w:rPr>
          <w:rFonts w:ascii="Arial" w:hAnsi="Arial" w:cs="Arial" w:eastAsia="Arial"/>
          <w:lang w:val="he-IL" w:bidi="he-IL"/>
          <w:sz w:val="32"/>
          <w:rtl/>
          <w:szCs w:val="32"/>
        </w:rPr>
        <w:t xml:space="preserve">      ☐ ג. בית ספר תיכון</w:t>
      </w:r>
    </w:p>
    <w:p>
      <w:pPr>
        <w:bidi/>
        <w:spacing w:after="80"/>
        <w:jc w:val="right"/>
      </w:pPr>
    </w:p>
    <w:p>
      <w:pPr>
        <w:bidi/>
        <w:pStyle w:val="Heading2"/>
        <w:spacing w:after="80"/>
        <w:jc w:val="right"/>
      </w:pPr>
      <w:r>
        <w:rPr>
          <w:rFonts w:ascii="Arial" w:hAnsi="Arial" w:cs="Arial" w:eastAsia="Arial"/>
          <w:lang w:val="he-IL" w:bidi="he-IL"/>
          <w:b/>
          <w:color w:val="DD6B20"/>
          <w:sz w:val="36"/>
          <w:rtl/>
          <w:szCs w:val="36"/>
          <w:bCs/>
        </w:rPr>
        <w:t>2  חלק ב׳ – נכון או לא נכון</w:t>
      </w:r>
    </w:p>
    <w:p>
      <w:pPr>
        <w:bidi/>
        <w:spacing w:after="80"/>
        <w:jc w:val="right"/>
      </w:pPr>
      <w:r>
        <w:rPr>
          <w:rFonts w:ascii="Arial" w:hAnsi="Arial" w:cs="Arial" w:eastAsia="Arial"/>
          <w:lang w:val="he-IL" w:bidi="he-IL"/>
          <w:color w:val="555555"/>
          <w:sz w:val="30"/>
          <w:rtl/>
          <w:szCs w:val="30"/>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32"/>
                <w:rtl/>
                <w:szCs w:val="32"/>
                <w:bCs/>
              </w:rPr>
              <w:t>#</w:t>
            </w:r>
          </w:p>
        </w:tc>
        <w:tc>
          <w:tcPr>
            <w:tcW w:type="dxa" w:w="6463"/>
            <w:shd w:val="clear" w:fill="EDF2F7"/>
          </w:tcPr>
          <w:p>
            <w:pPr>
              <w:bidi/>
              <w:jc w:val="right"/>
            </w:pPr>
            <w:r>
              <w:rPr>
                <w:rFonts w:ascii="Arial" w:hAnsi="Arial" w:cs="Arial" w:eastAsia="Arial"/>
                <w:lang w:val="he-IL" w:bidi="he-IL"/>
                <w:b/>
                <w:sz w:val="32"/>
                <w:rtl/>
                <w:szCs w:val="32"/>
                <w:bCs/>
              </w:rPr>
              <w:t>משפט</w:t>
            </w:r>
          </w:p>
        </w:tc>
        <w:tc>
          <w:tcPr>
            <w:tcW w:type="dxa" w:w="1417"/>
            <w:shd w:val="clear" w:fill="EDF2F7"/>
          </w:tcPr>
          <w:p>
            <w:pPr>
              <w:bidi/>
              <w:jc w:val="right"/>
            </w:pPr>
            <w:r>
              <w:rPr>
                <w:rFonts w:ascii="Arial" w:hAnsi="Arial" w:cs="Arial" w:eastAsia="Arial"/>
                <w:lang w:val="he-IL" w:bidi="he-IL"/>
                <w:b/>
                <w:sz w:val="32"/>
                <w:rtl/>
                <w:szCs w:val="32"/>
                <w:bCs/>
              </w:rPr>
              <w:t>נכון ✔</w:t>
            </w:r>
          </w:p>
        </w:tc>
        <w:tc>
          <w:tcPr>
            <w:tcW w:type="dxa" w:w="1417"/>
            <w:shd w:val="clear" w:fill="EDF2F7"/>
          </w:tcPr>
          <w:p>
            <w:pPr>
              <w:bidi/>
              <w:jc w:val="right"/>
            </w:pPr>
            <w:r>
              <w:rPr>
                <w:rFonts w:ascii="Arial" w:hAnsi="Arial" w:cs="Arial" w:eastAsia="Arial"/>
                <w:lang w:val="he-IL" w:bidi="he-IL"/>
                <w:b/>
                <w:sz w:val="32"/>
                <w:rtl/>
                <w:szCs w:val="32"/>
                <w:bCs/>
              </w:rPr>
              <w:t>לא נכון ✘</w:t>
            </w:r>
          </w:p>
        </w:tc>
      </w:tr>
      <w:tr>
        <w:tc>
          <w:tcPr>
            <w:tcW w:type="dxa" w:w="567"/>
          </w:tcPr>
          <w:p>
            <w:pPr>
              <w:bidi/>
              <w:jc w:val="right"/>
            </w:pPr>
            <w:r>
              <w:rPr>
                <w:rFonts w:ascii="Arial" w:hAnsi="Arial" w:cs="Arial" w:eastAsia="Arial"/>
                <w:lang w:val="he-IL" w:bidi="he-IL"/>
                <w:sz w:val="32"/>
                <w:rtl/>
                <w:szCs w:val="32"/>
              </w:rPr>
              <w:t>1</w:t>
            </w:r>
          </w:p>
        </w:tc>
        <w:tc>
          <w:tcPr>
            <w:tcW w:type="dxa" w:w="6463"/>
          </w:tcPr>
          <w:p>
            <w:pPr>
              <w:bidi/>
              <w:jc w:val="right"/>
            </w:pPr>
            <w:r>
              <w:rPr>
                <w:rFonts w:ascii="Arial" w:hAnsi="Arial" w:cs="Arial" w:eastAsia="Arial"/>
                <w:lang w:val="he-IL" w:bidi="he-IL"/>
                <w:sz w:val="32"/>
                <w:rtl/>
                <w:szCs w:val="32"/>
              </w:rPr>
              <w:t>בתמונה הישנה שאליה מצאה היו עשרות בתים.</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2</w:t>
            </w:r>
          </w:p>
        </w:tc>
        <w:tc>
          <w:tcPr>
            <w:tcW w:type="dxa" w:w="6463"/>
          </w:tcPr>
          <w:p>
            <w:pPr>
              <w:bidi/>
              <w:jc w:val="right"/>
            </w:pPr>
            <w:r>
              <w:rPr>
                <w:rFonts w:ascii="Arial" w:hAnsi="Arial" w:cs="Arial" w:eastAsia="Arial"/>
                <w:lang w:val="he-IL" w:bidi="he-IL"/>
                <w:sz w:val="32"/>
                <w:rtl/>
                <w:szCs w:val="32"/>
              </w:rPr>
              <w:t>המייסדים הם האנשים הראשונים שהתחילו את היישוב.</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3</w:t>
            </w:r>
          </w:p>
        </w:tc>
        <w:tc>
          <w:tcPr>
            <w:tcW w:type="dxa" w:w="6463"/>
          </w:tcPr>
          <w:p>
            <w:pPr>
              <w:bidi/>
              <w:jc w:val="right"/>
            </w:pPr>
            <w:r>
              <w:rPr>
                <w:rFonts w:ascii="Arial" w:hAnsi="Arial" w:cs="Arial" w:eastAsia="Arial"/>
                <w:lang w:val="he-IL" w:bidi="he-IL"/>
                <w:sz w:val="32"/>
                <w:rtl/>
                <w:szCs w:val="32"/>
              </w:rPr>
              <w:t>לפני שהיישוב הוקם, המקום היה שקט וריק מבתים.</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bl>
    <w:p>
      <w:pPr>
        <w:bidi/>
        <w:spacing w:after="80"/>
        <w:jc w:val="right"/>
      </w:pPr>
    </w:p>
    <w:p>
      <w:pPr>
        <w:bidi/>
        <w:pStyle w:val="Heading2"/>
        <w:spacing w:after="80"/>
        <w:jc w:val="right"/>
      </w:pPr>
      <w:r>
        <w:rPr>
          <w:rFonts w:ascii="Arial" w:hAnsi="Arial" w:cs="Arial" w:eastAsia="Arial"/>
          <w:lang w:val="he-IL" w:bidi="he-IL"/>
          <w:b/>
          <w:color w:val="3182CE"/>
          <w:sz w:val="36"/>
          <w:rtl/>
          <w:szCs w:val="36"/>
          <w:bCs/>
        </w:rPr>
        <w:t>3  חלק ג׳ – השלימו את המילה החסרה</w:t>
      </w:r>
    </w:p>
    <w:p>
      <w:pPr>
        <w:bidi/>
        <w:spacing w:after="80"/>
        <w:jc w:val="right"/>
      </w:pPr>
      <w:r>
        <w:rPr>
          <w:rFonts w:ascii="Arial" w:hAnsi="Arial" w:cs="Arial" w:eastAsia="Arial"/>
          <w:lang w:val="he-IL" w:bidi="he-IL"/>
          <w:color w:val="555555"/>
          <w:sz w:val="30"/>
          <w:rtl/>
          <w:szCs w:val="30"/>
        </w:rPr>
        <w:t>השלימו את המילה החסרה.</w:t>
      </w:r>
    </w:p>
    <w:p>
      <w:pPr>
        <w:bidi/>
        <w:spacing w:after="80"/>
        <w:jc w:val="right"/>
      </w:pPr>
      <w:r>
        <w:rPr>
          <w:rFonts w:ascii="Arial" w:hAnsi="Arial" w:cs="Arial" w:eastAsia="Arial"/>
          <w:lang w:val="he-IL" w:bidi="he-IL"/>
          <w:sz w:val="32"/>
          <w:rtl/>
          <w:szCs w:val="32"/>
        </w:rPr>
        <w:t>1. האנשים הראשונים שהתחילו את היישוב נקראים __________</w:t>
      </w:r>
    </w:p>
    <w:p>
      <w:pPr>
        <w:bidi/>
        <w:spacing w:after="80"/>
        <w:jc w:val="right"/>
      </w:pPr>
      <w:r>
        <w:rPr>
          <w:rFonts w:ascii="Arial" w:hAnsi="Arial" w:cs="Arial" w:eastAsia="Arial"/>
          <w:lang w:val="he-IL" w:bidi="he-IL"/>
          <w:sz w:val="32"/>
          <w:rtl/>
          <w:szCs w:val="32"/>
        </w:rPr>
        <w:t>2. מקום ששומרים בו תמונות ומסמכים ישנים נקרא __________</w:t>
      </w:r>
    </w:p>
    <w:p>
      <w:pPr>
        <w:bidi/>
        <w:spacing w:after="80"/>
        <w:jc w:val="right"/>
      </w:pPr>
      <w:r>
        <w:rPr>
          <w:rFonts w:ascii="Arial" w:hAnsi="Arial" w:cs="Arial" w:eastAsia="Arial"/>
          <w:lang w:val="he-IL" w:bidi="he-IL"/>
          <w:sz w:val="32"/>
          <w:rtl/>
          <w:szCs w:val="32"/>
        </w:rPr>
        <w:t>3. בור עמוק באדמה שמוציאים ממנו מים נקרא __________</w:t>
      </w:r>
    </w:p>
    <w:p>
      <w:pPr>
        <w:bidi/>
        <w:spacing w:after="80"/>
        <w:jc w:val="right"/>
      </w:pPr>
      <w:r>
        <w:rPr>
          <w:rFonts w:ascii="Arial" w:hAnsi="Arial" w:cs="Arial" w:eastAsia="Arial"/>
          <w:lang w:val="he-IL" w:bidi="he-IL"/>
          <w:sz w:val="32"/>
          <w:rtl/>
          <w:szCs w:val="32"/>
        </w:rPr>
        <w:t>4. מי שגר ביישוב הרבה מאוד שנים נקרא תושב __________</w:t>
      </w:r>
    </w:p>
    <w:p>
      <w:pPr>
        <w:bidi/>
        <w:spacing w:after="80"/>
        <w:jc w:val="right"/>
      </w:pPr>
    </w:p>
    <w:p>
      <w:pPr>
        <w:bidi/>
        <w:pStyle w:val="Heading2"/>
        <w:spacing w:after="80"/>
        <w:jc w:val="right"/>
      </w:pPr>
      <w:r>
        <w:rPr>
          <w:rFonts w:ascii="Arial" w:hAnsi="Arial" w:cs="Arial" w:eastAsia="Arial"/>
          <w:lang w:val="he-IL" w:bidi="he-IL"/>
          <w:b/>
          <w:color w:val="38A169"/>
          <w:sz w:val="36"/>
          <w:rtl/>
          <w:szCs w:val="36"/>
          <w:bCs/>
        </w:rPr>
        <w:t>4  חלק ד׳ – התאימו בין המילה להסבר</w:t>
      </w:r>
    </w:p>
    <w:p>
      <w:pPr>
        <w:bidi/>
        <w:spacing w:after="80"/>
        <w:jc w:val="right"/>
      </w:pPr>
      <w:r>
        <w:rPr>
          <w:rFonts w:ascii="Arial" w:hAnsi="Arial" w:cs="Arial" w:eastAsia="Arial"/>
          <w:lang w:val="he-IL" w:bidi="he-IL"/>
          <w:color w:val="555555"/>
          <w:sz w:val="30"/>
          <w:rtl/>
          <w:szCs w:val="30"/>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32"/>
                <w:rtl/>
                <w:szCs w:val="32"/>
              </w:rPr>
              <w:t>1. מייסדים</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א. בור עמוק באדמה שמוציאים ממנו מים</w:t>
            </w:r>
          </w:p>
        </w:tc>
      </w:tr>
      <w:tr>
        <w:tc>
          <w:tcPr>
            <w:tcW w:type="dxa" w:w="3969"/>
          </w:tcPr>
          <w:p>
            <w:pPr>
              <w:bidi/>
              <w:jc w:val="right"/>
            </w:pPr>
            <w:r>
              <w:rPr>
                <w:rFonts w:ascii="Arial" w:hAnsi="Arial" w:cs="Arial" w:eastAsia="Arial"/>
                <w:lang w:val="he-IL" w:bidi="he-IL"/>
                <w:sz w:val="32"/>
                <w:rtl/>
                <w:szCs w:val="32"/>
              </w:rPr>
              <w:t>2. ארכיון</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ב. ציור קטן שמייצג את היישוב</w:t>
            </w:r>
          </w:p>
        </w:tc>
      </w:tr>
      <w:tr>
        <w:tc>
          <w:tcPr>
            <w:tcW w:type="dxa" w:w="3969"/>
          </w:tcPr>
          <w:p>
            <w:pPr>
              <w:bidi/>
              <w:jc w:val="right"/>
            </w:pPr>
            <w:r>
              <w:rPr>
                <w:rFonts w:ascii="Arial" w:hAnsi="Arial" w:cs="Arial" w:eastAsia="Arial"/>
                <w:lang w:val="he-IL" w:bidi="he-IL"/>
                <w:sz w:val="32"/>
                <w:rtl/>
                <w:szCs w:val="32"/>
              </w:rPr>
              <w:t>3. באר</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ג. האנשים הראשונים שהתחילו את היישוב</w:t>
            </w:r>
          </w:p>
        </w:tc>
      </w:tr>
      <w:tr>
        <w:tc>
          <w:tcPr>
            <w:tcW w:type="dxa" w:w="3969"/>
          </w:tcPr>
          <w:p>
            <w:pPr>
              <w:bidi/>
              <w:jc w:val="right"/>
            </w:pPr>
            <w:r>
              <w:rPr>
                <w:rFonts w:ascii="Arial" w:hAnsi="Arial" w:cs="Arial" w:eastAsia="Arial"/>
                <w:lang w:val="he-IL" w:bidi="he-IL"/>
                <w:sz w:val="32"/>
                <w:rtl/>
                <w:szCs w:val="32"/>
              </w:rPr>
              <w:t>4. סמל</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ד. מקום ששומרים בו מסמכים ותמונות ישנים</w:t>
            </w:r>
          </w:p>
        </w:tc>
      </w:tr>
    </w:tbl>
    <w:p>
      <w:pPr>
        <w:bidi/>
        <w:spacing w:after="80"/>
        <w:jc w:val="right"/>
      </w:pPr>
    </w:p>
    <w:p>
      <w:pPr>
        <w:bidi/>
        <w:pStyle w:val="Heading2"/>
        <w:spacing w:after="80"/>
        <w:jc w:val="right"/>
      </w:pPr>
      <w:r>
        <w:rPr>
          <w:rFonts w:ascii="Arial" w:hAnsi="Arial" w:cs="Arial" w:eastAsia="Arial"/>
          <w:lang w:val="he-IL" w:bidi="he-IL"/>
          <w:b/>
          <w:color w:val="805AD5"/>
          <w:sz w:val="36"/>
          <w:rtl/>
          <w:szCs w:val="36"/>
          <w:bCs/>
        </w:rPr>
        <w:t>5  חלק ה׳ – סדרו את שלבי ההתפתחות של היישוב</w:t>
      </w:r>
    </w:p>
    <w:p>
      <w:pPr>
        <w:bidi/>
        <w:spacing w:after="80"/>
        <w:jc w:val="right"/>
      </w:pPr>
      <w:r>
        <w:rPr>
          <w:rFonts w:ascii="Arial" w:hAnsi="Arial" w:cs="Arial" w:eastAsia="Arial"/>
          <w:lang w:val="he-IL" w:bidi="he-IL"/>
          <w:color w:val="555555"/>
          <w:sz w:val="30"/>
          <w:rtl/>
          <w:szCs w:val="30"/>
        </w:rPr>
        <w:t>מספרו את השלבים לפי הסדר הנכון (1, 2, 3...).</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1134"/>
          </w:tcPr>
          <w:p>
            <w:pPr>
              <w:bidi/>
              <w:jc w:val="right"/>
            </w:pPr>
            <w:r>
              <w:rPr>
                <w:rFonts w:ascii="Arial" w:hAnsi="Arial" w:cs="Arial" w:eastAsia="Arial"/>
                <w:lang w:val="he-IL" w:bidi="he-IL"/>
                <w:sz w:val="32"/>
                <w:rtl/>
                <w:szCs w:val="32"/>
              </w:rPr>
              <w:t>☐</w:t>
            </w:r>
          </w:p>
        </w:tc>
        <w:tc>
          <w:tcPr>
            <w:tcW w:type="dxa" w:w="8731"/>
          </w:tcPr>
          <w:p>
            <w:pPr>
              <w:bidi/>
              <w:jc w:val="right"/>
            </w:pPr>
            <w:r>
              <w:rPr>
                <w:rFonts w:ascii="Arial" w:hAnsi="Arial" w:cs="Arial" w:eastAsia="Arial"/>
                <w:lang w:val="he-IL" w:bidi="he-IL"/>
                <w:sz w:val="32"/>
                <w:rtl/>
                <w:szCs w:val="32"/>
              </w:rPr>
              <w:t>המייסדים הגיעו ובדקו מים, אדמה ודרך</w:t>
            </w:r>
          </w:p>
        </w:tc>
      </w:tr>
      <w:tr>
        <w:tc>
          <w:tcPr>
            <w:tcW w:type="dxa" w:w="1134"/>
          </w:tcPr>
          <w:p>
            <w:pPr>
              <w:bidi/>
              <w:jc w:val="right"/>
            </w:pPr>
            <w:r>
              <w:rPr>
                <w:rFonts w:ascii="Arial" w:hAnsi="Arial" w:cs="Arial" w:eastAsia="Arial"/>
                <w:lang w:val="he-IL" w:bidi="he-IL"/>
                <w:sz w:val="32"/>
                <w:rtl/>
                <w:szCs w:val="32"/>
              </w:rPr>
              <w:t>☐</w:t>
            </w:r>
          </w:p>
        </w:tc>
        <w:tc>
          <w:tcPr>
            <w:tcW w:type="dxa" w:w="8731"/>
          </w:tcPr>
          <w:p>
            <w:pPr>
              <w:bidi/>
              <w:jc w:val="right"/>
            </w:pPr>
            <w:r>
              <w:rPr>
                <w:rFonts w:ascii="Arial" w:hAnsi="Arial" w:cs="Arial" w:eastAsia="Arial"/>
                <w:lang w:val="he-IL" w:bidi="he-IL"/>
                <w:sz w:val="32"/>
                <w:rtl/>
                <w:szCs w:val="32"/>
              </w:rPr>
              <w:t>המייסדים בנו בתים קטנים, באר ושביל ראשון</w:t>
            </w:r>
          </w:p>
        </w:tc>
      </w:tr>
      <w:tr>
        <w:tc>
          <w:tcPr>
            <w:tcW w:type="dxa" w:w="1134"/>
          </w:tcPr>
          <w:p>
            <w:pPr>
              <w:bidi/>
              <w:jc w:val="right"/>
            </w:pPr>
            <w:r>
              <w:rPr>
                <w:rFonts w:ascii="Arial" w:hAnsi="Arial" w:cs="Arial" w:eastAsia="Arial"/>
                <w:lang w:val="he-IL" w:bidi="he-IL"/>
                <w:sz w:val="32"/>
                <w:rtl/>
                <w:szCs w:val="32"/>
              </w:rPr>
              <w:t>☐</w:t>
            </w:r>
          </w:p>
        </w:tc>
        <w:tc>
          <w:tcPr>
            <w:tcW w:type="dxa" w:w="8731"/>
          </w:tcPr>
          <w:p>
            <w:pPr>
              <w:bidi/>
              <w:jc w:val="right"/>
            </w:pPr>
            <w:r>
              <w:rPr>
                <w:rFonts w:ascii="Arial" w:hAnsi="Arial" w:cs="Arial" w:eastAsia="Arial"/>
                <w:lang w:val="he-IL" w:bidi="he-IL"/>
                <w:sz w:val="32"/>
                <w:rtl/>
                <w:szCs w:val="32"/>
              </w:rPr>
              <w:t>הגיעו משפחות חדשות ונפתחו גן ילדים ומכולת</w:t>
            </w:r>
          </w:p>
        </w:tc>
      </w:tr>
      <w:tr>
        <w:tc>
          <w:tcPr>
            <w:tcW w:type="dxa" w:w="1134"/>
          </w:tcPr>
          <w:p>
            <w:pPr>
              <w:bidi/>
              <w:jc w:val="right"/>
            </w:pPr>
            <w:r>
              <w:rPr>
                <w:rFonts w:ascii="Arial" w:hAnsi="Arial" w:cs="Arial" w:eastAsia="Arial"/>
                <w:lang w:val="he-IL" w:bidi="he-IL"/>
                <w:sz w:val="32"/>
                <w:rtl/>
                <w:szCs w:val="32"/>
              </w:rPr>
              <w:t>☐</w:t>
            </w:r>
          </w:p>
        </w:tc>
        <w:tc>
          <w:tcPr>
            <w:tcW w:type="dxa" w:w="8731"/>
          </w:tcPr>
          <w:p>
            <w:pPr>
              <w:bidi/>
              <w:jc w:val="right"/>
            </w:pPr>
            <w:r>
              <w:rPr>
                <w:rFonts w:ascii="Arial" w:hAnsi="Arial" w:cs="Arial" w:eastAsia="Arial"/>
                <w:lang w:val="he-IL" w:bidi="he-IL"/>
                <w:sz w:val="32"/>
                <w:rtl/>
                <w:szCs w:val="32"/>
              </w:rPr>
              <w:t>המקום היה ריק - שדות, גבעה או חורשה שקטה</w:t>
            </w:r>
          </w:p>
        </w:tc>
      </w:tr>
    </w:tbl>
    <w:p>
      <w:pPr>
        <w:bidi/>
        <w:spacing w:after="80"/>
        <w:jc w:val="right"/>
      </w:pPr>
    </w:p>
    <w:p>
      <w:pPr>
        <w:bidi/>
        <w:pStyle w:val="Heading2"/>
        <w:spacing w:after="80"/>
        <w:jc w:val="right"/>
      </w:pPr>
      <w:r>
        <w:rPr>
          <w:rFonts w:ascii="Arial" w:hAnsi="Arial" w:cs="Arial" w:eastAsia="Arial"/>
          <w:lang w:val="he-IL" w:bidi="he-IL"/>
          <w:b/>
          <w:color w:val="D53F8C"/>
          <w:sz w:val="36"/>
          <w:rtl/>
          <w:szCs w:val="36"/>
          <w:bCs/>
        </w:rPr>
        <w:t>6  חלק ו׳ – כתיבה ומחשבה</w:t>
      </w:r>
    </w:p>
    <w:p>
      <w:pPr>
        <w:bidi/>
        <w:spacing w:after="80"/>
        <w:jc w:val="right"/>
      </w:pPr>
      <w:r>
        <w:rPr>
          <w:rFonts w:ascii="Arial" w:hAnsi="Arial" w:cs="Arial" w:eastAsia="Arial"/>
          <w:lang w:val="he-IL" w:bidi="he-IL"/>
          <w:color w:val="555555"/>
          <w:sz w:val="30"/>
          <w:rtl/>
          <w:szCs w:val="30"/>
        </w:rPr>
        <w:t>כתבו תשובה מלאה במשפטים שלמים.</w:t>
      </w:r>
    </w:p>
    <w:p>
      <w:pPr>
        <w:bidi/>
        <w:spacing w:after="40"/>
        <w:jc w:val="right"/>
      </w:pPr>
      <w:r>
        <w:rPr>
          <w:rFonts w:ascii="Arial" w:hAnsi="Arial" w:cs="Arial" w:eastAsia="Arial"/>
          <w:lang w:val="he-IL" w:bidi="he-IL"/>
          <w:b/>
          <w:sz w:val="32"/>
          <w:rtl/>
          <w:szCs w:val="32"/>
          <w:bCs/>
        </w:rPr>
        <w:t>1. דמיינו שאתם פוגשים תושב ותיק של היישוב שלכם. כתבו שלוש שאלות שהייתם שואלים אותו על הימים הראשונים.</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B7791F"/>
          <w:sz w:val="36"/>
          <w:rtl/>
          <w:szCs w:val="36"/>
          <w:bCs/>
        </w:rPr>
        <w:t>🎟️ כרטיס יציאה</w:t>
      </w:r>
    </w:p>
    <w:tbl>
      <w:tblPr>
        <w:tblW w:type="auto" w:w="0"/>
        <w:tblLook w:firstColumn="1" w:firstRow="1" w:lastColumn="0" w:lastRow="0" w:noHBand="0" w:noVBand="1" w:val="04A0"/>
        <w:bidiVisual/>
        <w:tblBorders>
          <w:top w:val="dashed" w:sz="6" w:color="999999"/>
          <w:left w:val="dashed" w:sz="6" w:color="999999"/>
          <w:bottom w:val="dashed" w:sz="6" w:color="999999"/>
          <w:right w:val="dashed" w:sz="6" w:color="999999"/>
          <w:insideH w:val="dashed" w:sz="6" w:color="999999"/>
          <w:insideV w:val="dashed" w:sz="6" w:color="999999"/>
        </w:tblBorders>
      </w:tblPr>
      <w:tblGrid>
        <w:gridCol w:w="9866"/>
      </w:tblGrid>
      <w:tr>
        <w:tc>
          <w:tcPr>
            <w:tcW w:type="dxa" w:w="9865"/>
          </w:tcPr>
          <w:p>
            <w:pPr>
              <w:bidi/>
              <w:jc w:val="right"/>
            </w:pPr>
            <w:r>
              <w:rPr>
                <w:rFonts w:ascii="Arial" w:hAnsi="Arial" w:cs="Arial" w:eastAsia="Arial"/>
                <w:lang w:val="he-IL" w:bidi="he-IL"/>
                <w:b/>
                <w:sz w:val="32"/>
                <w:rtl/>
                <w:szCs w:val="32"/>
                <w:bCs/>
              </w:rPr>
              <w:t>מי הם המייסדים?</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b/>
                <w:sz w:val="32"/>
                <w:rtl/>
                <w:szCs w:val="32"/>
                <w:bCs/>
              </w:rPr>
              <w:t>אילו שלושה דברים בדקו המייסדים לפני שהתיישבו במקום?</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sz w:val="32"/>
                <w:rtl/>
                <w:szCs w:val="32"/>
              </w:rPr>
              <w:t>איך הרגשתי בשיעור?  😀  🙂  😐  🙁</w:t>
            </w:r>
          </w:p>
        </w:tc>
      </w:tr>
    </w:tbl>
    <w:sectPr w:rsidR="00FC693F" w:rsidRPr="0006063C" w:rsidSect="00034616">
      <w:footerReference w:type="default" r:id="rId9"/>
      <w:pgSz w:w="11906" w:h="16838"/>
      <w:pgMar w:top="850" w:right="1020" w:bottom="850" w:left="102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180000" cy="180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80000" cy="180000"/>
                  </a:xfrm>
                  <a:prstGeom prst="rect"/>
                </pic:spPr>
              </pic:pic>
            </a:graphicData>
          </a:graphic>
        </wp:inline>
      </w:drawing>
    </w:r>
    <w:r>
      <w:rPr>
        <w:rFonts w:ascii="Arial" w:hAnsi="Arial" w:cs="Arial" w:eastAsia="Arial"/>
        <w:lang w:val="he-IL" w:bidi="he-IL"/>
        <w:color w:val="555555"/>
        <w:sz w:val="18"/>
        <w:rtl/>
        <w:szCs w:val="18"/>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32"/>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eastAsia="Arial"/>
      <w:b/>
      <w:bCs/>
      <w:color w:val="365F91" w:themeColor="accent1" w:themeShade="BF"/>
      <w:sz w:val="28"/>
      <w:szCs w:val="28"/>
      <w:lang w:val="he-IL" w:bidi="he-IL"/>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eastAsia="Arial"/>
      <w:b/>
      <w:bCs/>
      <w:color w:val="4F81BD" w:themeColor="accent1"/>
      <w:sz w:val="26"/>
      <w:szCs w:val="26"/>
      <w:lang w:val="he-IL" w:bidi="he-IL"/>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eastAsia="Arial"/>
      <w:b/>
      <w:bCs/>
      <w:color w:val="4F81BD" w:themeColor="accent1"/>
      <w:lang w:val="he-IL" w:bidi="he-IL"/>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דף תרגול: היישוב שלי – איך הכול התחיל?</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