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ההתפתחות של יישוב מראשיתו ועד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 הם המייסדים ואילו תנאים הם בדקו לפני שהתיישבו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לגלות את סיפור היישוב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תמונה ישנה בשחור-לבן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 בתים קטנים, עץ ודרך עפר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אם יש מים, אדמה טובה ודרך לעולם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בתים קטנים, באר ושביל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גן ילדים, מכולת ובית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הוא הפך לכביש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בארכיון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בתמונה היו רק שלושה בתים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היו שם שדות, גבעה או חורשה, בלי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משפחה עזרה למשפחה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במילים החשובות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למצוא עץ ענק, בית ישן או שלט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(האנשים הראשונים שהתחילו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ששומרים בו מסמכים ותמונות 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(בור עמוק באדמה שמוציאים ממנו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(ציור קטן שמייצג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 שגר ביישוב הרבה מאוד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ההתפתחות של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המקום היה ריק - שדות, גבעה או חורשה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המייסדים הגיעו ובדקו מים, אדמה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המייסדים בנו בתים קטנים, באר ושביל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הגיעו משפחות חדשות ונפתחו גן ילדים ומכולת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השביל הפך לכביש ונבנו עשרות ומאות 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הגיוניות הקשורות להיסטוריית היישוב, למשל: איך היה המקום פעם? מי היו המייסדים? איך נבחר שם הרחוב?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הגיוני של סימן היסטורי אפשרי, בהתאם לדוגמאות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האנשים הראשונים שהתחילו את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קרובים, אדמה טובה ודרך שמחברת לעולם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לשאול תושב ותיק, לבקר בארכיון או במוזיאון, להסתכל בתמונות ישנות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אם תלמידים מכירים סיפורים או תמונות ישנות מהיישוב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פעולה בחלק הסידור הכרונולוגי לפני מילוי התשובות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להרחיב ולבקש מהתלמידים לראיין בן משפחה מבוגר כמשימת המשך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סיפור על יישוב קטן שהיה פעם ריק והפך למקום מלא בתים ואנשים. נתרגל מילים ועובדות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מייסדים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הראשונים שהתחילו את היישוב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שאנשים גרים בו: עיר, כפר, מושב או שכונה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תושב ותיק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שגר ביישוב הרבה מאוד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ארכיון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ששומרים בו מסמכים ותמונות ישנים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בור עמוק באדמה שמוציאים ממנו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שמייצג את היישוב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אליה מצאה?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ישנה בשחור-לבן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ראו בתמונה?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בתים קטנים, עץ ודרך עפר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ומכוניות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גן שעשועים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לאנשים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תושבים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מייסדים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המייסדים בדקו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יש בית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יש מים, אדמה טובה ודרך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יש הרבה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יש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המייסדים בנו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בתים קטנים, באר ושביל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נמל תעופה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נפתח כשהגיעו עוד משפחות?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גן ילדים, מכולת ובית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חולים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הפך השביל הצר?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איפה שומרים דברים ישנים?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בארכיון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בגן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בתמונה הישנה שאליה מצאה היו עשרות 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הם האנשים הראשונים שהתחילו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שהיישוב הוקם, המקום היה שקט וריק מבתים.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בנו הכול לבד בלי עזרה של 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 ותיק הוא מי שגר ביישוב הרבה מאוד 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למצוא היום סימנים מהימים הראשונים של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האנשים הראשונים שהתחילו את היישוב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מקום ששומרים בו תמונות ומסמכים ישנים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בור עמוק באדמה שמוציאים ממנו מים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שגר ביישוב הרבה מאוד שנים נקרא תושב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ציור קטן שמייצג את היישוב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מקום שאנשים גרים בו, כמו עיר או כפר,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ציור קטן שמייצג את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ארכיון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שגר ביישוב הרבה מאוד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ששומרים בו מסמכים ותמונות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האנשים הראשונים שהתחילו את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בור עמוק באדמה שמוציאים ממנו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ההתפתחות של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השביל הפך לכביש ונבנו עשרות ומאות 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בנו בתים קטנים, באר ושביל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היה ריק - שדות, גבעה או חורשה שקטה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הגיעו ובדקו מים, אדמה ודרך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הגיעו משפחות חדשות ונפתחו גן ילדים ומכולת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פוגשים תושב ותיק של היישוב שלכם. כתבו שלוש שאלות שהייתם שואלים אותו על הימים הראשונים.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סימן אחד מהימים הראשונים שאולי אפשר למצוא היום ביישוב שלכם (עץ ישן, בית ישן, שלט). תארו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המייסדים?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דברים בדקו המייסדים לפני שהתיישבו במקום?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לדרך לגלות את סיפור היישוב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