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שורשים ומקום – המשפחה שלי והיישוב שלי לכיתה ג׳</w:t>
            </w:r>
          </w:p>
          <w:p>
            <w:pPr>
              <w:bidi/>
              <w:jc w:val="right"/>
            </w:pPr>
            <w:r>
              <w:rPr>
                <w:rFonts w:ascii="Arial" w:hAnsi="Arial" w:cs="Arial" w:eastAsia="Arial"/>
                <w:lang w:val="he-IL" w:bidi="he-IL"/>
                <w:b/>
                <w:color w:val="3C1361"/>
                <w:sz w:val="32"/>
                <w:rtl/>
                <w:szCs w:val="32"/>
                <w:bCs/>
              </w:rPr>
              <w:t>דף תרגול: היישוב שלי – איך הכול התחיל?</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ההתפתחות של יישוב מראשיתו ועד היום</w:t>
      </w:r>
    </w:p>
    <w:p>
      <w:pPr>
        <w:bidi/>
        <w:spacing w:after="80"/>
        <w:jc w:val="right"/>
      </w:pPr>
      <w:r>
        <w:rPr>
          <w:rFonts w:ascii="Arial" w:hAnsi="Arial" w:cs="Arial" w:eastAsia="Arial"/>
          <w:lang w:val="he-IL" w:bidi="he-IL"/>
          <w:sz w:val="22"/>
          <w:rtl/>
          <w:szCs w:val="22"/>
        </w:rPr>
        <w:t>• להבין מי הם המייסדים ואילו תנאים הם בדקו לפני שהתיישבו</w:t>
      </w:r>
    </w:p>
    <w:p>
      <w:pPr>
        <w:bidi/>
        <w:spacing w:after="80"/>
        <w:jc w:val="right"/>
      </w:pPr>
      <w:r>
        <w:rPr>
          <w:rFonts w:ascii="Arial" w:hAnsi="Arial" w:cs="Arial" w:eastAsia="Arial"/>
          <w:lang w:val="he-IL" w:bidi="he-IL"/>
          <w:sz w:val="22"/>
          <w:rtl/>
          <w:szCs w:val="22"/>
        </w:rPr>
        <w:t>• לזהות דרכים לגלות את סיפור היישוב שלנו</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 שאלות אמריקאיות</w:t>
      </w:r>
    </w:p>
    <w:p>
      <w:pPr>
        <w:bidi/>
        <w:spacing w:after="40"/>
        <w:jc w:val="right"/>
      </w:pPr>
      <w:r>
        <w:rPr>
          <w:rFonts w:ascii="Arial" w:hAnsi="Arial" w:cs="Arial" w:eastAsia="Arial"/>
          <w:lang w:val="he-IL" w:bidi="he-IL"/>
          <w:sz w:val="22"/>
          <w:rtl/>
          <w:szCs w:val="22"/>
        </w:rPr>
        <w:t>1. א – תמונה ישנה בשחור-לבן</w:t>
      </w:r>
    </w:p>
    <w:p>
      <w:pPr>
        <w:bidi/>
        <w:spacing w:after="40"/>
        <w:jc w:val="right"/>
      </w:pPr>
      <w:r>
        <w:rPr>
          <w:rFonts w:ascii="Arial" w:hAnsi="Arial" w:cs="Arial" w:eastAsia="Arial"/>
          <w:lang w:val="he-IL" w:bidi="he-IL"/>
          <w:sz w:val="22"/>
          <w:rtl/>
          <w:szCs w:val="22"/>
        </w:rPr>
        <w:t>2. ב – שלושה בתים קטנים, עץ ודרך עפר</w:t>
      </w:r>
    </w:p>
    <w:p>
      <w:pPr>
        <w:bidi/>
        <w:spacing w:after="40"/>
        <w:jc w:val="right"/>
      </w:pPr>
      <w:r>
        <w:rPr>
          <w:rFonts w:ascii="Arial" w:hAnsi="Arial" w:cs="Arial" w:eastAsia="Arial"/>
          <w:lang w:val="he-IL" w:bidi="he-IL"/>
          <w:sz w:val="22"/>
          <w:rtl/>
          <w:szCs w:val="22"/>
        </w:rPr>
        <w:t>3. ג – מייסדים</w:t>
      </w:r>
    </w:p>
    <w:p>
      <w:pPr>
        <w:bidi/>
        <w:spacing w:after="40"/>
        <w:jc w:val="right"/>
      </w:pPr>
      <w:r>
        <w:rPr>
          <w:rFonts w:ascii="Arial" w:hAnsi="Arial" w:cs="Arial" w:eastAsia="Arial"/>
          <w:lang w:val="he-IL" w:bidi="he-IL"/>
          <w:sz w:val="22"/>
          <w:rtl/>
          <w:szCs w:val="22"/>
        </w:rPr>
        <w:t>4. ב – אם יש מים, אדמה טובה ודרך לעולם</w:t>
      </w:r>
    </w:p>
    <w:p>
      <w:pPr>
        <w:bidi/>
        <w:spacing w:after="40"/>
        <w:jc w:val="right"/>
      </w:pPr>
      <w:r>
        <w:rPr>
          <w:rFonts w:ascii="Arial" w:hAnsi="Arial" w:cs="Arial" w:eastAsia="Arial"/>
          <w:lang w:val="he-IL" w:bidi="he-IL"/>
          <w:sz w:val="22"/>
          <w:rtl/>
          <w:szCs w:val="22"/>
        </w:rPr>
        <w:t>5. א – בתים קטנים, באר ושביל</w:t>
      </w:r>
    </w:p>
    <w:p>
      <w:pPr>
        <w:bidi/>
        <w:spacing w:after="40"/>
        <w:jc w:val="right"/>
      </w:pPr>
      <w:r>
        <w:rPr>
          <w:rFonts w:ascii="Arial" w:hAnsi="Arial" w:cs="Arial" w:eastAsia="Arial"/>
          <w:lang w:val="he-IL" w:bidi="he-IL"/>
          <w:sz w:val="22"/>
          <w:rtl/>
          <w:szCs w:val="22"/>
        </w:rPr>
        <w:t>6. א – גן ילדים, מכולת ובית ספר</w:t>
      </w:r>
    </w:p>
    <w:p>
      <w:pPr>
        <w:bidi/>
        <w:spacing w:after="40"/>
        <w:jc w:val="right"/>
      </w:pPr>
      <w:r>
        <w:rPr>
          <w:rFonts w:ascii="Arial" w:hAnsi="Arial" w:cs="Arial" w:eastAsia="Arial"/>
          <w:lang w:val="he-IL" w:bidi="he-IL"/>
          <w:sz w:val="22"/>
          <w:rtl/>
          <w:szCs w:val="22"/>
        </w:rPr>
        <w:t>7. ב – הוא הפך לכביש</w:t>
      </w:r>
    </w:p>
    <w:p>
      <w:pPr>
        <w:bidi/>
        <w:spacing w:after="40"/>
        <w:jc w:val="right"/>
      </w:pPr>
      <w:r>
        <w:rPr>
          <w:rFonts w:ascii="Arial" w:hAnsi="Arial" w:cs="Arial" w:eastAsia="Arial"/>
          <w:lang w:val="he-IL" w:bidi="he-IL"/>
          <w:sz w:val="22"/>
          <w:rtl/>
          <w:szCs w:val="22"/>
        </w:rPr>
        <w:t>8. ב – בארכיון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בתמונה היו רק שלושה בתים קטנים</w:t>
      </w:r>
    </w:p>
    <w:p>
      <w:pPr>
        <w:bidi/>
        <w:spacing w:after="40"/>
        <w:jc w:val="right"/>
      </w:pPr>
      <w:r>
        <w:rPr>
          <w:rFonts w:ascii="Arial" w:hAnsi="Arial" w:cs="Arial" w:eastAsia="Arial"/>
          <w:lang w:val="he-IL" w:bidi="he-IL"/>
          <w:sz w:val="22"/>
          <w:rtl/>
          <w:szCs w:val="22"/>
        </w:rPr>
        <w:t>2. נכון – כך מוגדר בטקסט</w:t>
      </w:r>
    </w:p>
    <w:p>
      <w:pPr>
        <w:bidi/>
        <w:spacing w:after="40"/>
        <w:jc w:val="right"/>
      </w:pPr>
      <w:r>
        <w:rPr>
          <w:rFonts w:ascii="Arial" w:hAnsi="Arial" w:cs="Arial" w:eastAsia="Arial"/>
          <w:lang w:val="he-IL" w:bidi="he-IL"/>
          <w:sz w:val="22"/>
          <w:rtl/>
          <w:szCs w:val="22"/>
        </w:rPr>
        <w:t>3. נכון – היו שם שדות, גבעה או חורשה, בלי בתים</w:t>
      </w:r>
    </w:p>
    <w:p>
      <w:pPr>
        <w:bidi/>
        <w:spacing w:after="40"/>
        <w:jc w:val="right"/>
      </w:pPr>
      <w:r>
        <w:rPr>
          <w:rFonts w:ascii="Arial" w:hAnsi="Arial" w:cs="Arial" w:eastAsia="Arial"/>
          <w:lang w:val="he-IL" w:bidi="he-IL"/>
          <w:sz w:val="22"/>
          <w:rtl/>
          <w:szCs w:val="22"/>
        </w:rPr>
        <w:t>4. לא נכון – כל משפחה עזרה למשפחה אחרת</w:t>
      </w:r>
    </w:p>
    <w:p>
      <w:pPr>
        <w:bidi/>
        <w:spacing w:after="40"/>
        <w:jc w:val="right"/>
      </w:pPr>
      <w:r>
        <w:rPr>
          <w:rFonts w:ascii="Arial" w:hAnsi="Arial" w:cs="Arial" w:eastAsia="Arial"/>
          <w:lang w:val="he-IL" w:bidi="he-IL"/>
          <w:sz w:val="22"/>
          <w:rtl/>
          <w:szCs w:val="22"/>
        </w:rPr>
        <w:t>5. נכון – כך מוגדר במילים החשובות</w:t>
      </w:r>
    </w:p>
    <w:p>
      <w:pPr>
        <w:bidi/>
        <w:spacing w:after="40"/>
        <w:jc w:val="right"/>
      </w:pPr>
      <w:r>
        <w:rPr>
          <w:rFonts w:ascii="Arial" w:hAnsi="Arial" w:cs="Arial" w:eastAsia="Arial"/>
          <w:lang w:val="he-IL" w:bidi="he-IL"/>
          <w:sz w:val="22"/>
          <w:rtl/>
          <w:szCs w:val="22"/>
        </w:rPr>
        <w:t>6. לא נכון – אפשר למצוא עץ ענק, בית ישן או שלט</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מייסדים</w:t>
      </w:r>
    </w:p>
    <w:p>
      <w:pPr>
        <w:bidi/>
        <w:spacing w:after="40"/>
        <w:jc w:val="right"/>
      </w:pPr>
      <w:r>
        <w:rPr>
          <w:rFonts w:ascii="Arial" w:hAnsi="Arial" w:cs="Arial" w:eastAsia="Arial"/>
          <w:lang w:val="he-IL" w:bidi="he-IL"/>
          <w:sz w:val="22"/>
          <w:rtl/>
          <w:szCs w:val="22"/>
        </w:rPr>
        <w:t>2. ארכיון</w:t>
      </w:r>
    </w:p>
    <w:p>
      <w:pPr>
        <w:bidi/>
        <w:spacing w:after="40"/>
        <w:jc w:val="right"/>
      </w:pPr>
      <w:r>
        <w:rPr>
          <w:rFonts w:ascii="Arial" w:hAnsi="Arial" w:cs="Arial" w:eastAsia="Arial"/>
          <w:lang w:val="he-IL" w:bidi="he-IL"/>
          <w:sz w:val="22"/>
          <w:rtl/>
          <w:szCs w:val="22"/>
        </w:rPr>
        <w:t>3. באר</w:t>
      </w:r>
    </w:p>
    <w:p>
      <w:pPr>
        <w:bidi/>
        <w:spacing w:after="40"/>
        <w:jc w:val="right"/>
      </w:pPr>
      <w:r>
        <w:rPr>
          <w:rFonts w:ascii="Arial" w:hAnsi="Arial" w:cs="Arial" w:eastAsia="Arial"/>
          <w:lang w:val="he-IL" w:bidi="he-IL"/>
          <w:sz w:val="22"/>
          <w:rtl/>
          <w:szCs w:val="22"/>
        </w:rPr>
        <w:t>4. ותיק</w:t>
      </w:r>
    </w:p>
    <w:p>
      <w:pPr>
        <w:bidi/>
        <w:spacing w:after="40"/>
        <w:jc w:val="right"/>
      </w:pPr>
      <w:r>
        <w:rPr>
          <w:rFonts w:ascii="Arial" w:hAnsi="Arial" w:cs="Arial" w:eastAsia="Arial"/>
          <w:lang w:val="he-IL" w:bidi="he-IL"/>
          <w:sz w:val="22"/>
          <w:rtl/>
          <w:szCs w:val="22"/>
        </w:rPr>
        <w:t>5. סמל</w:t>
      </w:r>
    </w:p>
    <w:p>
      <w:pPr>
        <w:bidi/>
        <w:spacing w:after="40"/>
        <w:jc w:val="right"/>
      </w:pPr>
      <w:r>
        <w:rPr>
          <w:rFonts w:ascii="Arial" w:hAnsi="Arial" w:cs="Arial" w:eastAsia="Arial"/>
          <w:lang w:val="he-IL" w:bidi="he-IL"/>
          <w:sz w:val="22"/>
          <w:rtl/>
          <w:szCs w:val="22"/>
        </w:rPr>
        <w:t>6. יישוב</w:t>
      </w:r>
    </w:p>
    <w:p>
      <w:pPr>
        <w:bidi/>
        <w:pStyle w:val="Heading3"/>
        <w:spacing w:after="80"/>
        <w:jc w:val="right"/>
      </w:pPr>
      <w:r>
        <w:rPr>
          <w:rFonts w:ascii="Arial" w:hAnsi="Arial" w:cs="Arial" w:eastAsia="Arial"/>
          <w:lang w:val="he-IL" w:bidi="he-IL"/>
          <w:b/>
          <w:color w:val="38A169"/>
          <w:sz w:val="26"/>
          <w:rtl/>
          <w:szCs w:val="26"/>
          <w:bCs/>
        </w:rPr>
        <w:t>חלק ד׳ – התאימו בין המילה להסבר</w:t>
      </w:r>
    </w:p>
    <w:p>
      <w:pPr>
        <w:bidi/>
        <w:spacing w:after="40"/>
        <w:jc w:val="right"/>
      </w:pPr>
      <w:r>
        <w:rPr>
          <w:rFonts w:ascii="Arial" w:hAnsi="Arial" w:cs="Arial" w:eastAsia="Arial"/>
          <w:lang w:val="he-IL" w:bidi="he-IL"/>
          <w:sz w:val="22"/>
          <w:rtl/>
          <w:szCs w:val="22"/>
        </w:rPr>
        <w:t>1 – ה (האנשים הראשונים שהתחילו את היישוב)</w:t>
      </w:r>
    </w:p>
    <w:p>
      <w:pPr>
        <w:bidi/>
        <w:spacing w:after="40"/>
        <w:jc w:val="right"/>
      </w:pPr>
      <w:r>
        <w:rPr>
          <w:rFonts w:ascii="Arial" w:hAnsi="Arial" w:cs="Arial" w:eastAsia="Arial"/>
          <w:lang w:val="he-IL" w:bidi="he-IL"/>
          <w:sz w:val="22"/>
          <w:rtl/>
          <w:szCs w:val="22"/>
        </w:rPr>
        <w:t>2 – ד (מקום ששומרים בו מסמכים ותמונות ישנים)</w:t>
      </w:r>
    </w:p>
    <w:p>
      <w:pPr>
        <w:bidi/>
        <w:spacing w:after="40"/>
        <w:jc w:val="right"/>
      </w:pPr>
      <w:r>
        <w:rPr>
          <w:rFonts w:ascii="Arial" w:hAnsi="Arial" w:cs="Arial" w:eastAsia="Arial"/>
          <w:lang w:val="he-IL" w:bidi="he-IL"/>
          <w:sz w:val="22"/>
          <w:rtl/>
          <w:szCs w:val="22"/>
        </w:rPr>
        <w:t>3 – א (בור עמוק באדמה שמוציאים ממנו מים)</w:t>
      </w:r>
    </w:p>
    <w:p>
      <w:pPr>
        <w:bidi/>
        <w:spacing w:after="40"/>
        <w:jc w:val="right"/>
      </w:pPr>
      <w:r>
        <w:rPr>
          <w:rFonts w:ascii="Arial" w:hAnsi="Arial" w:cs="Arial" w:eastAsia="Arial"/>
          <w:lang w:val="he-IL" w:bidi="he-IL"/>
          <w:sz w:val="22"/>
          <w:rtl/>
          <w:szCs w:val="22"/>
        </w:rPr>
        <w:t>4 – ב (ציור קטן שמייצג את היישוב)</w:t>
      </w:r>
    </w:p>
    <w:p>
      <w:pPr>
        <w:bidi/>
        <w:spacing w:after="40"/>
        <w:jc w:val="right"/>
      </w:pPr>
      <w:r>
        <w:rPr>
          <w:rFonts w:ascii="Arial" w:hAnsi="Arial" w:cs="Arial" w:eastAsia="Arial"/>
          <w:lang w:val="he-IL" w:bidi="he-IL"/>
          <w:sz w:val="22"/>
          <w:rtl/>
          <w:szCs w:val="22"/>
        </w:rPr>
        <w:t>5 – ג (מי שגר ביישוב הרבה מאוד שנים)</w:t>
      </w:r>
    </w:p>
    <w:p>
      <w:pPr>
        <w:bidi/>
        <w:pStyle w:val="Heading3"/>
        <w:spacing w:after="80"/>
        <w:jc w:val="right"/>
      </w:pPr>
      <w:r>
        <w:rPr>
          <w:rFonts w:ascii="Arial" w:hAnsi="Arial" w:cs="Arial" w:eastAsia="Arial"/>
          <w:lang w:val="he-IL" w:bidi="he-IL"/>
          <w:b/>
          <w:color w:val="805AD5"/>
          <w:sz w:val="26"/>
          <w:rtl/>
          <w:szCs w:val="26"/>
          <w:bCs/>
        </w:rPr>
        <w:t>חלק ה׳ – סדרו את שלבי ההתפתחות של היישוב</w:t>
      </w:r>
    </w:p>
    <w:p>
      <w:pPr>
        <w:bidi/>
        <w:spacing w:after="40"/>
        <w:jc w:val="right"/>
      </w:pPr>
      <w:r>
        <w:rPr>
          <w:rFonts w:ascii="Arial" w:hAnsi="Arial" w:cs="Arial" w:eastAsia="Arial"/>
          <w:lang w:val="he-IL" w:bidi="he-IL"/>
          <w:sz w:val="22"/>
          <w:rtl/>
          <w:szCs w:val="22"/>
        </w:rPr>
        <w:t>1. המקום היה ריק - שדות, גבעה או חורשה שקטה</w:t>
      </w:r>
    </w:p>
    <w:p>
      <w:pPr>
        <w:bidi/>
        <w:spacing w:after="40"/>
        <w:jc w:val="right"/>
      </w:pPr>
      <w:r>
        <w:rPr>
          <w:rFonts w:ascii="Arial" w:hAnsi="Arial" w:cs="Arial" w:eastAsia="Arial"/>
          <w:lang w:val="he-IL" w:bidi="he-IL"/>
          <w:sz w:val="22"/>
          <w:rtl/>
          <w:szCs w:val="22"/>
        </w:rPr>
        <w:t>2. המייסדים הגיעו ובדקו מים, אדמה ודרך</w:t>
      </w:r>
    </w:p>
    <w:p>
      <w:pPr>
        <w:bidi/>
        <w:spacing w:after="40"/>
        <w:jc w:val="right"/>
      </w:pPr>
      <w:r>
        <w:rPr>
          <w:rFonts w:ascii="Arial" w:hAnsi="Arial" w:cs="Arial" w:eastAsia="Arial"/>
          <w:lang w:val="he-IL" w:bidi="he-IL"/>
          <w:sz w:val="22"/>
          <w:rtl/>
          <w:szCs w:val="22"/>
        </w:rPr>
        <w:t>3. המייסדים בנו בתים קטנים, באר ושביל ראשון</w:t>
      </w:r>
    </w:p>
    <w:p>
      <w:pPr>
        <w:bidi/>
        <w:spacing w:after="40"/>
        <w:jc w:val="right"/>
      </w:pPr>
      <w:r>
        <w:rPr>
          <w:rFonts w:ascii="Arial" w:hAnsi="Arial" w:cs="Arial" w:eastAsia="Arial"/>
          <w:lang w:val="he-IL" w:bidi="he-IL"/>
          <w:sz w:val="22"/>
          <w:rtl/>
          <w:szCs w:val="22"/>
        </w:rPr>
        <w:t>4. הגיעו משפחות חדשות ונפתחו גן ילדים ומכולת</w:t>
      </w:r>
    </w:p>
    <w:p>
      <w:pPr>
        <w:bidi/>
        <w:spacing w:after="40"/>
        <w:jc w:val="right"/>
      </w:pPr>
      <w:r>
        <w:rPr>
          <w:rFonts w:ascii="Arial" w:hAnsi="Arial" w:cs="Arial" w:eastAsia="Arial"/>
          <w:lang w:val="he-IL" w:bidi="he-IL"/>
          <w:sz w:val="22"/>
          <w:rtl/>
          <w:szCs w:val="22"/>
        </w:rPr>
        <w:t>5. השביל הפך לכביש ונבנו עשרות ומאות בתים</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שאלות הגיוניות הקשורות להיסטוריית היישוב, למשל: איך היה המקום פעם? מי היו המייסדים? איך נבחר שם הרחוב?</w:t>
      </w:r>
    </w:p>
    <w:p>
      <w:pPr>
        <w:bidi/>
        <w:spacing w:after="40"/>
        <w:jc w:val="right"/>
      </w:pPr>
      <w:r>
        <w:rPr>
          <w:rFonts w:ascii="Arial" w:hAnsi="Arial" w:cs="Arial" w:eastAsia="Arial"/>
          <w:lang w:val="he-IL" w:bidi="he-IL"/>
          <w:sz w:val="22"/>
          <w:rtl/>
          <w:szCs w:val="22"/>
        </w:rPr>
        <w:t>2. תיאור הגיוני של סימן היסטורי אפשרי, בהתאם לדוגמאות מהטקסט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האנשים הראשונים שהתחילו את היישוב</w:t>
      </w:r>
    </w:p>
    <w:p>
      <w:pPr>
        <w:bidi/>
        <w:spacing w:after="80"/>
        <w:jc w:val="right"/>
      </w:pPr>
      <w:r>
        <w:rPr>
          <w:rFonts w:ascii="Arial" w:hAnsi="Arial" w:cs="Arial" w:eastAsia="Arial"/>
          <w:lang w:val="he-IL" w:bidi="he-IL"/>
          <w:sz w:val="22"/>
          <w:rtl/>
          <w:szCs w:val="22"/>
        </w:rPr>
        <w:t>• מים קרובים, אדמה טובה ודרך שמחברת לעולם</w:t>
      </w:r>
    </w:p>
    <w:p>
      <w:pPr>
        <w:bidi/>
        <w:spacing w:after="80"/>
        <w:jc w:val="right"/>
      </w:pPr>
      <w:r>
        <w:rPr>
          <w:rFonts w:ascii="Arial" w:hAnsi="Arial" w:cs="Arial" w:eastAsia="Arial"/>
          <w:lang w:val="he-IL" w:bidi="he-IL"/>
          <w:sz w:val="22"/>
          <w:rtl/>
          <w:szCs w:val="22"/>
        </w:rPr>
        <w:t>• לשאול תושב ותיק, לבקר בארכיון או במוזיאון, להסתכל בתמונות ישנות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בשאלה אם תלמידים מכירים סיפורים או תמונות ישנות מהיישוב שלהם</w:t>
      </w:r>
    </w:p>
    <w:p>
      <w:pPr>
        <w:bidi/>
        <w:spacing w:after="80"/>
        <w:jc w:val="right"/>
      </w:pPr>
      <w:r>
        <w:rPr>
          <w:rFonts w:ascii="Arial" w:hAnsi="Arial" w:cs="Arial" w:eastAsia="Arial"/>
          <w:lang w:val="he-IL" w:bidi="he-IL"/>
          <w:sz w:val="22"/>
          <w:rtl/>
          <w:szCs w:val="22"/>
        </w:rPr>
        <w:t>• כדאי לעודד תלמידים לשתף פעולה בחלק הסידור הכרונולוגי לפני מילוי התשובות בכתב</w:t>
      </w:r>
    </w:p>
    <w:p>
      <w:pPr>
        <w:bidi/>
        <w:spacing w:after="80"/>
        <w:jc w:val="right"/>
      </w:pPr>
      <w:r>
        <w:rPr>
          <w:rFonts w:ascii="Arial" w:hAnsi="Arial" w:cs="Arial" w:eastAsia="Arial"/>
          <w:lang w:val="he-IL" w:bidi="he-IL"/>
          <w:sz w:val="22"/>
          <w:rtl/>
          <w:szCs w:val="22"/>
        </w:rPr>
        <w:t>• בחלק הפתוח אפשר להרחיב ולבקש מהתלמידים לראיין בן משפחה מבוגר כמשימת המשך</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שורשים ומקום – המשפחה שלי והיישוב שלי לכיתה ג׳</w:t>
            </w:r>
          </w:p>
          <w:p>
            <w:pPr>
              <w:bidi/>
              <w:jc w:val="right"/>
            </w:pPr>
            <w:r>
              <w:rPr>
                <w:rFonts w:ascii="Arial" w:hAnsi="Arial" w:cs="Arial" w:eastAsia="Arial"/>
                <w:lang w:val="he-IL" w:bidi="he-IL"/>
                <w:b/>
                <w:color w:val="3C1361"/>
                <w:sz w:val="32"/>
                <w:rtl/>
                <w:szCs w:val="32"/>
                <w:bCs/>
              </w:rPr>
              <w:t>דף תרגול: היישוב שלי – איך הכול התחיל?</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קראנו על אליה ועומר שגילו תמונה ישנה של היישוב שלהם, ועל הדרך שבה מקום ריק הופך ליישוב מלא חיים. בדף הזה נתרגל את מה שלמדנו על המייסדים ועל ההתפתחות של היישוב.</w:t>
      </w:r>
    </w:p>
    <w:p>
      <w:pPr>
        <w:bidi/>
        <w:pStyle w:val="Heading2"/>
        <w:spacing w:after="80"/>
        <w:jc w:val="right"/>
      </w:pPr>
      <w:r>
        <w:rPr>
          <w:rFonts w:ascii="Arial" w:hAnsi="Arial" w:cs="Arial" w:eastAsia="Arial"/>
          <w:lang w:val="he-IL" w:bidi="he-IL"/>
          <w:b/>
          <w:color w:val="E53E3E"/>
          <w:sz w:val="28"/>
          <w:rtl/>
          <w:szCs w:val="28"/>
          <w:bCs/>
        </w:rPr>
        <w:t>1  חלק א׳ – הבנה - שאלות אמריקאיות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אליה מצאה בהפסקה?</w:t>
      </w:r>
    </w:p>
    <w:p>
      <w:pPr>
        <w:bidi/>
        <w:spacing w:after="20"/>
        <w:jc w:val="right"/>
      </w:pPr>
      <w:r>
        <w:rPr>
          <w:rFonts w:ascii="Arial" w:hAnsi="Arial" w:cs="Arial" w:eastAsia="Arial"/>
          <w:lang w:val="he-IL" w:bidi="he-IL"/>
          <w:sz w:val="24"/>
          <w:rtl/>
          <w:szCs w:val="24"/>
        </w:rPr>
        <w:t xml:space="preserve">      ☐ א. תמונה ישנה בשחור-לבן</w:t>
      </w:r>
    </w:p>
    <w:p>
      <w:pPr>
        <w:bidi/>
        <w:spacing w:after="20"/>
        <w:jc w:val="right"/>
      </w:pPr>
      <w:r>
        <w:rPr>
          <w:rFonts w:ascii="Arial" w:hAnsi="Arial" w:cs="Arial" w:eastAsia="Arial"/>
          <w:lang w:val="he-IL" w:bidi="he-IL"/>
          <w:sz w:val="24"/>
          <w:rtl/>
          <w:szCs w:val="24"/>
        </w:rPr>
        <w:t xml:space="preserve">      ☐ ב. מפה של היישוב</w:t>
      </w:r>
    </w:p>
    <w:p>
      <w:pPr>
        <w:bidi/>
        <w:spacing w:after="20"/>
        <w:jc w:val="right"/>
      </w:pPr>
      <w:r>
        <w:rPr>
          <w:rFonts w:ascii="Arial" w:hAnsi="Arial" w:cs="Arial" w:eastAsia="Arial"/>
          <w:lang w:val="he-IL" w:bidi="he-IL"/>
          <w:sz w:val="24"/>
          <w:rtl/>
          <w:szCs w:val="24"/>
        </w:rPr>
        <w:t xml:space="preserve">      ☐ ג. ספר ישן</w:t>
      </w:r>
    </w:p>
    <w:p>
      <w:pPr>
        <w:bidi/>
        <w:spacing w:after="20"/>
        <w:jc w:val="right"/>
      </w:pPr>
      <w:r>
        <w:rPr>
          <w:rFonts w:ascii="Arial" w:hAnsi="Arial" w:cs="Arial" w:eastAsia="Arial"/>
          <w:lang w:val="he-IL" w:bidi="he-IL"/>
          <w:sz w:val="24"/>
          <w:rtl/>
          <w:szCs w:val="24"/>
        </w:rPr>
        <w:t xml:space="preserve">      ☐ ד. מכתב</w:t>
      </w:r>
    </w:p>
    <w:p>
      <w:pPr>
        <w:bidi/>
        <w:spacing w:after="20"/>
        <w:jc w:val="right"/>
      </w:pPr>
      <w:r>
        <w:rPr>
          <w:rFonts w:ascii="Arial" w:hAnsi="Arial" w:cs="Arial" w:eastAsia="Arial"/>
          <w:lang w:val="he-IL" w:bidi="he-IL"/>
          <w:b/>
          <w:sz w:val="24"/>
          <w:rtl/>
          <w:szCs w:val="24"/>
          <w:bCs/>
        </w:rPr>
        <w:t>2. מה היה בתמונה הישנה?</w:t>
      </w:r>
    </w:p>
    <w:p>
      <w:pPr>
        <w:bidi/>
        <w:spacing w:after="20"/>
        <w:jc w:val="right"/>
      </w:pPr>
      <w:r>
        <w:rPr>
          <w:rFonts w:ascii="Arial" w:hAnsi="Arial" w:cs="Arial" w:eastAsia="Arial"/>
          <w:lang w:val="he-IL" w:bidi="he-IL"/>
          <w:sz w:val="24"/>
          <w:rtl/>
          <w:szCs w:val="24"/>
        </w:rPr>
        <w:t xml:space="preserve">      ☐ א. בית ספר גדול</w:t>
      </w:r>
    </w:p>
    <w:p>
      <w:pPr>
        <w:bidi/>
        <w:spacing w:after="20"/>
        <w:jc w:val="right"/>
      </w:pPr>
      <w:r>
        <w:rPr>
          <w:rFonts w:ascii="Arial" w:hAnsi="Arial" w:cs="Arial" w:eastAsia="Arial"/>
          <w:lang w:val="he-IL" w:bidi="he-IL"/>
          <w:sz w:val="24"/>
          <w:rtl/>
          <w:szCs w:val="24"/>
        </w:rPr>
        <w:t xml:space="preserve">      ☐ ב. שלושה בתים קטנים, עץ ודרך עפר</w:t>
      </w:r>
    </w:p>
    <w:p>
      <w:pPr>
        <w:bidi/>
        <w:spacing w:after="20"/>
        <w:jc w:val="right"/>
      </w:pPr>
      <w:r>
        <w:rPr>
          <w:rFonts w:ascii="Arial" w:hAnsi="Arial" w:cs="Arial" w:eastAsia="Arial"/>
          <w:lang w:val="he-IL" w:bidi="he-IL"/>
          <w:sz w:val="24"/>
          <w:rtl/>
          <w:szCs w:val="24"/>
        </w:rPr>
        <w:t xml:space="preserve">      ☐ ג. כביש ומכוניות</w:t>
      </w:r>
    </w:p>
    <w:p>
      <w:pPr>
        <w:bidi/>
        <w:spacing w:after="20"/>
        <w:jc w:val="right"/>
      </w:pPr>
      <w:r>
        <w:rPr>
          <w:rFonts w:ascii="Arial" w:hAnsi="Arial" w:cs="Arial" w:eastAsia="Arial"/>
          <w:lang w:val="he-IL" w:bidi="he-IL"/>
          <w:sz w:val="24"/>
          <w:rtl/>
          <w:szCs w:val="24"/>
        </w:rPr>
        <w:t xml:space="preserve">      ☐ ד. גן שעשועים</w:t>
      </w:r>
    </w:p>
    <w:p>
      <w:pPr>
        <w:bidi/>
        <w:spacing w:after="20"/>
        <w:jc w:val="right"/>
      </w:pPr>
      <w:r>
        <w:rPr>
          <w:rFonts w:ascii="Arial" w:hAnsi="Arial" w:cs="Arial" w:eastAsia="Arial"/>
          <w:lang w:val="he-IL" w:bidi="he-IL"/>
          <w:b/>
          <w:sz w:val="24"/>
          <w:rtl/>
          <w:szCs w:val="24"/>
          <w:bCs/>
        </w:rPr>
        <w:t>3. איך קוראים לאנשים הראשונים שהתחילו את היישוב?</w:t>
      </w:r>
    </w:p>
    <w:p>
      <w:pPr>
        <w:bidi/>
        <w:spacing w:after="20"/>
        <w:jc w:val="right"/>
      </w:pPr>
      <w:r>
        <w:rPr>
          <w:rFonts w:ascii="Arial" w:hAnsi="Arial" w:cs="Arial" w:eastAsia="Arial"/>
          <w:lang w:val="he-IL" w:bidi="he-IL"/>
          <w:sz w:val="24"/>
          <w:rtl/>
          <w:szCs w:val="24"/>
        </w:rPr>
        <w:t xml:space="preserve">      ☐ א. תושבים ותיקים</w:t>
      </w:r>
    </w:p>
    <w:p>
      <w:pPr>
        <w:bidi/>
        <w:spacing w:after="20"/>
        <w:jc w:val="right"/>
      </w:pPr>
      <w:r>
        <w:rPr>
          <w:rFonts w:ascii="Arial" w:hAnsi="Arial" w:cs="Arial" w:eastAsia="Arial"/>
          <w:lang w:val="he-IL" w:bidi="he-IL"/>
          <w:sz w:val="24"/>
          <w:rtl/>
          <w:szCs w:val="24"/>
        </w:rPr>
        <w:t xml:space="preserve">      ☐ ב. תיירים</w:t>
      </w:r>
    </w:p>
    <w:p>
      <w:pPr>
        <w:bidi/>
        <w:spacing w:after="20"/>
        <w:jc w:val="right"/>
      </w:pPr>
      <w:r>
        <w:rPr>
          <w:rFonts w:ascii="Arial" w:hAnsi="Arial" w:cs="Arial" w:eastAsia="Arial"/>
          <w:lang w:val="he-IL" w:bidi="he-IL"/>
          <w:sz w:val="24"/>
          <w:rtl/>
          <w:szCs w:val="24"/>
        </w:rPr>
        <w:t xml:space="preserve">      ☐ ג. מייסדים</w:t>
      </w:r>
    </w:p>
    <w:p>
      <w:pPr>
        <w:bidi/>
        <w:spacing w:after="20"/>
        <w:jc w:val="right"/>
      </w:pPr>
      <w:r>
        <w:rPr>
          <w:rFonts w:ascii="Arial" w:hAnsi="Arial" w:cs="Arial" w:eastAsia="Arial"/>
          <w:lang w:val="he-IL" w:bidi="he-IL"/>
          <w:sz w:val="24"/>
          <w:rtl/>
          <w:szCs w:val="24"/>
        </w:rPr>
        <w:t xml:space="preserve">      ☐ ד. שומרים</w:t>
      </w:r>
    </w:p>
    <w:p>
      <w:pPr>
        <w:bidi/>
        <w:spacing w:after="20"/>
        <w:jc w:val="right"/>
      </w:pPr>
      <w:r>
        <w:rPr>
          <w:rFonts w:ascii="Arial" w:hAnsi="Arial" w:cs="Arial" w:eastAsia="Arial"/>
          <w:lang w:val="he-IL" w:bidi="he-IL"/>
          <w:b/>
          <w:sz w:val="24"/>
          <w:rtl/>
          <w:szCs w:val="24"/>
          <w:bCs/>
        </w:rPr>
        <w:t>4. מה המייסדים בדקו לפני שהחליטו להישאר במקום?</w:t>
      </w:r>
    </w:p>
    <w:p>
      <w:pPr>
        <w:bidi/>
        <w:spacing w:after="20"/>
        <w:jc w:val="right"/>
      </w:pPr>
      <w:r>
        <w:rPr>
          <w:rFonts w:ascii="Arial" w:hAnsi="Arial" w:cs="Arial" w:eastAsia="Arial"/>
          <w:lang w:val="he-IL" w:bidi="he-IL"/>
          <w:sz w:val="24"/>
          <w:rtl/>
          <w:szCs w:val="24"/>
        </w:rPr>
        <w:t xml:space="preserve">      ☐ א. אם יש בית קולנוע</w:t>
      </w:r>
    </w:p>
    <w:p>
      <w:pPr>
        <w:bidi/>
        <w:spacing w:after="20"/>
        <w:jc w:val="right"/>
      </w:pPr>
      <w:r>
        <w:rPr>
          <w:rFonts w:ascii="Arial" w:hAnsi="Arial" w:cs="Arial" w:eastAsia="Arial"/>
          <w:lang w:val="he-IL" w:bidi="he-IL"/>
          <w:sz w:val="24"/>
          <w:rtl/>
          <w:szCs w:val="24"/>
        </w:rPr>
        <w:t xml:space="preserve">      ☐ ב. אם יש מים, אדמה טובה ודרך לעולם</w:t>
      </w:r>
    </w:p>
    <w:p>
      <w:pPr>
        <w:bidi/>
        <w:spacing w:after="20"/>
        <w:jc w:val="right"/>
      </w:pPr>
      <w:r>
        <w:rPr>
          <w:rFonts w:ascii="Arial" w:hAnsi="Arial" w:cs="Arial" w:eastAsia="Arial"/>
          <w:lang w:val="he-IL" w:bidi="he-IL"/>
          <w:sz w:val="24"/>
          <w:rtl/>
          <w:szCs w:val="24"/>
        </w:rPr>
        <w:t xml:space="preserve">      ☐ ג. אם יש הרבה אנשים</w:t>
      </w:r>
    </w:p>
    <w:p>
      <w:pPr>
        <w:bidi/>
        <w:spacing w:after="20"/>
        <w:jc w:val="right"/>
      </w:pPr>
      <w:r>
        <w:rPr>
          <w:rFonts w:ascii="Arial" w:hAnsi="Arial" w:cs="Arial" w:eastAsia="Arial"/>
          <w:lang w:val="he-IL" w:bidi="he-IL"/>
          <w:sz w:val="24"/>
          <w:rtl/>
          <w:szCs w:val="24"/>
        </w:rPr>
        <w:t xml:space="preserve">      ☐ ד. אם יש חנויות</w:t>
      </w:r>
    </w:p>
    <w:p>
      <w:pPr>
        <w:bidi/>
        <w:spacing w:after="20"/>
        <w:jc w:val="right"/>
      </w:pPr>
      <w:r>
        <w:rPr>
          <w:rFonts w:ascii="Arial" w:hAnsi="Arial" w:cs="Arial" w:eastAsia="Arial"/>
          <w:lang w:val="he-IL" w:bidi="he-IL"/>
          <w:b/>
          <w:sz w:val="24"/>
          <w:rtl/>
          <w:szCs w:val="24"/>
          <w:bCs/>
        </w:rPr>
        <w:t>5. מה הקימו המייסדים בהתחלה?</w:t>
      </w:r>
    </w:p>
    <w:p>
      <w:pPr>
        <w:bidi/>
        <w:spacing w:after="20"/>
        <w:jc w:val="right"/>
      </w:pPr>
      <w:r>
        <w:rPr>
          <w:rFonts w:ascii="Arial" w:hAnsi="Arial" w:cs="Arial" w:eastAsia="Arial"/>
          <w:lang w:val="he-IL" w:bidi="he-IL"/>
          <w:sz w:val="24"/>
          <w:rtl/>
          <w:szCs w:val="24"/>
        </w:rPr>
        <w:t xml:space="preserve">      ☐ א. בתים קטנים, באר ושביל</w:t>
      </w:r>
    </w:p>
    <w:p>
      <w:pPr>
        <w:bidi/>
        <w:spacing w:after="20"/>
        <w:jc w:val="right"/>
      </w:pPr>
      <w:r>
        <w:rPr>
          <w:rFonts w:ascii="Arial" w:hAnsi="Arial" w:cs="Arial" w:eastAsia="Arial"/>
          <w:lang w:val="he-IL" w:bidi="he-IL"/>
          <w:sz w:val="24"/>
          <w:rtl/>
          <w:szCs w:val="24"/>
        </w:rPr>
        <w:t xml:space="preserve">      ☐ ב. קניון גדול</w:t>
      </w:r>
    </w:p>
    <w:p>
      <w:pPr>
        <w:bidi/>
        <w:spacing w:after="20"/>
        <w:jc w:val="right"/>
      </w:pPr>
      <w:r>
        <w:rPr>
          <w:rFonts w:ascii="Arial" w:hAnsi="Arial" w:cs="Arial" w:eastAsia="Arial"/>
          <w:lang w:val="he-IL" w:bidi="he-IL"/>
          <w:sz w:val="24"/>
          <w:rtl/>
          <w:szCs w:val="24"/>
        </w:rPr>
        <w:t xml:space="preserve">      ☐ ג. בית ספר תיכון</w:t>
      </w:r>
    </w:p>
    <w:p>
      <w:pPr>
        <w:bidi/>
        <w:spacing w:after="20"/>
        <w:jc w:val="right"/>
      </w:pPr>
      <w:r>
        <w:rPr>
          <w:rFonts w:ascii="Arial" w:hAnsi="Arial" w:cs="Arial" w:eastAsia="Arial"/>
          <w:lang w:val="he-IL" w:bidi="he-IL"/>
          <w:sz w:val="24"/>
          <w:rtl/>
          <w:szCs w:val="24"/>
        </w:rPr>
        <w:t xml:space="preserve">      ☐ ד. נמל תעופה</w:t>
      </w:r>
    </w:p>
    <w:p>
      <w:pPr>
        <w:bidi/>
        <w:spacing w:after="20"/>
        <w:jc w:val="right"/>
      </w:pPr>
      <w:r>
        <w:rPr>
          <w:rFonts w:ascii="Arial" w:hAnsi="Arial" w:cs="Arial" w:eastAsia="Arial"/>
          <w:lang w:val="he-IL" w:bidi="he-IL"/>
          <w:b/>
          <w:sz w:val="24"/>
          <w:rtl/>
          <w:szCs w:val="24"/>
          <w:bCs/>
        </w:rPr>
        <w:t>6. מה נפתח ביישוב אחרי שהגיעו משפחות חדשות?</w:t>
      </w:r>
    </w:p>
    <w:p>
      <w:pPr>
        <w:bidi/>
        <w:spacing w:after="20"/>
        <w:jc w:val="right"/>
      </w:pPr>
      <w:r>
        <w:rPr>
          <w:rFonts w:ascii="Arial" w:hAnsi="Arial" w:cs="Arial" w:eastAsia="Arial"/>
          <w:lang w:val="he-IL" w:bidi="he-IL"/>
          <w:sz w:val="24"/>
          <w:rtl/>
          <w:szCs w:val="24"/>
        </w:rPr>
        <w:t xml:space="preserve">      ☐ א. גן ילדים, מכולת ובית ספר</w:t>
      </w:r>
    </w:p>
    <w:p>
      <w:pPr>
        <w:bidi/>
        <w:spacing w:after="20"/>
        <w:jc w:val="right"/>
      </w:pPr>
      <w:r>
        <w:rPr>
          <w:rFonts w:ascii="Arial" w:hAnsi="Arial" w:cs="Arial" w:eastAsia="Arial"/>
          <w:lang w:val="he-IL" w:bidi="he-IL"/>
          <w:sz w:val="24"/>
          <w:rtl/>
          <w:szCs w:val="24"/>
        </w:rPr>
        <w:t xml:space="preserve">      ☐ ב. בית חולים גדול</w:t>
      </w:r>
    </w:p>
    <w:p>
      <w:pPr>
        <w:bidi/>
        <w:spacing w:after="20"/>
        <w:jc w:val="right"/>
      </w:pPr>
      <w:r>
        <w:rPr>
          <w:rFonts w:ascii="Arial" w:hAnsi="Arial" w:cs="Arial" w:eastAsia="Arial"/>
          <w:lang w:val="he-IL" w:bidi="he-IL"/>
          <w:sz w:val="24"/>
          <w:rtl/>
          <w:szCs w:val="24"/>
        </w:rPr>
        <w:t xml:space="preserve">      ☐ ג. אוניברסיטה</w:t>
      </w:r>
    </w:p>
    <w:p>
      <w:pPr>
        <w:bidi/>
        <w:spacing w:after="20"/>
        <w:jc w:val="right"/>
      </w:pPr>
      <w:r>
        <w:rPr>
          <w:rFonts w:ascii="Arial" w:hAnsi="Arial" w:cs="Arial" w:eastAsia="Arial"/>
          <w:lang w:val="he-IL" w:bidi="he-IL"/>
          <w:sz w:val="24"/>
          <w:rtl/>
          <w:szCs w:val="24"/>
        </w:rPr>
        <w:t xml:space="preserve">      ☐ ד. נמל</w:t>
      </w:r>
    </w:p>
    <w:p>
      <w:pPr>
        <w:bidi/>
        <w:spacing w:after="20"/>
        <w:jc w:val="right"/>
      </w:pPr>
      <w:r>
        <w:rPr>
          <w:rFonts w:ascii="Arial" w:hAnsi="Arial" w:cs="Arial" w:eastAsia="Arial"/>
          <w:lang w:val="he-IL" w:bidi="he-IL"/>
          <w:b/>
          <w:sz w:val="24"/>
          <w:rtl/>
          <w:szCs w:val="24"/>
          <w:bCs/>
        </w:rPr>
        <w:t>7. מה קרה לשביל הצר עם הזמן?</w:t>
      </w:r>
    </w:p>
    <w:p>
      <w:pPr>
        <w:bidi/>
        <w:spacing w:after="20"/>
        <w:jc w:val="right"/>
      </w:pPr>
      <w:r>
        <w:rPr>
          <w:rFonts w:ascii="Arial" w:hAnsi="Arial" w:cs="Arial" w:eastAsia="Arial"/>
          <w:lang w:val="he-IL" w:bidi="he-IL"/>
          <w:sz w:val="24"/>
          <w:rtl/>
          <w:szCs w:val="24"/>
        </w:rPr>
        <w:t xml:space="preserve">      ☐ א. הוא נעלם</w:t>
      </w:r>
    </w:p>
    <w:p>
      <w:pPr>
        <w:bidi/>
        <w:spacing w:after="20"/>
        <w:jc w:val="right"/>
      </w:pPr>
      <w:r>
        <w:rPr>
          <w:rFonts w:ascii="Arial" w:hAnsi="Arial" w:cs="Arial" w:eastAsia="Arial"/>
          <w:lang w:val="he-IL" w:bidi="he-IL"/>
          <w:sz w:val="24"/>
          <w:rtl/>
          <w:szCs w:val="24"/>
        </w:rPr>
        <w:t xml:space="preserve">      ☐ ב. הוא הפך לכביש</w:t>
      </w:r>
    </w:p>
    <w:p>
      <w:pPr>
        <w:bidi/>
        <w:spacing w:after="20"/>
        <w:jc w:val="right"/>
      </w:pPr>
      <w:r>
        <w:rPr>
          <w:rFonts w:ascii="Arial" w:hAnsi="Arial" w:cs="Arial" w:eastAsia="Arial"/>
          <w:lang w:val="he-IL" w:bidi="he-IL"/>
          <w:sz w:val="24"/>
          <w:rtl/>
          <w:szCs w:val="24"/>
        </w:rPr>
        <w:t xml:space="preserve">      ☐ ג. הוא הפך לנהר</w:t>
      </w:r>
    </w:p>
    <w:p>
      <w:pPr>
        <w:bidi/>
        <w:spacing w:after="20"/>
        <w:jc w:val="right"/>
      </w:pPr>
      <w:r>
        <w:rPr>
          <w:rFonts w:ascii="Arial" w:hAnsi="Arial" w:cs="Arial" w:eastAsia="Arial"/>
          <w:lang w:val="he-IL" w:bidi="he-IL"/>
          <w:sz w:val="24"/>
          <w:rtl/>
          <w:szCs w:val="24"/>
        </w:rPr>
        <w:t xml:space="preserve">      ☐ ד. הוא נשאר אותו דבר</w:t>
      </w:r>
    </w:p>
    <w:p>
      <w:pPr>
        <w:bidi/>
        <w:spacing w:after="20"/>
        <w:jc w:val="right"/>
      </w:pPr>
      <w:r>
        <w:rPr>
          <w:rFonts w:ascii="Arial" w:hAnsi="Arial" w:cs="Arial" w:eastAsia="Arial"/>
          <w:lang w:val="he-IL" w:bidi="he-IL"/>
          <w:b/>
          <w:sz w:val="24"/>
          <w:rtl/>
          <w:szCs w:val="24"/>
          <w:bCs/>
        </w:rPr>
        <w:t>8. איפה אפשר לשמור מסמכים ותמונות ישנים של היישוב?</w:t>
      </w:r>
    </w:p>
    <w:p>
      <w:pPr>
        <w:bidi/>
        <w:spacing w:after="20"/>
        <w:jc w:val="right"/>
      </w:pPr>
      <w:r>
        <w:rPr>
          <w:rFonts w:ascii="Arial" w:hAnsi="Arial" w:cs="Arial" w:eastAsia="Arial"/>
          <w:lang w:val="he-IL" w:bidi="he-IL"/>
          <w:sz w:val="24"/>
          <w:rtl/>
          <w:szCs w:val="24"/>
        </w:rPr>
        <w:t xml:space="preserve">      ☐ א. בבאר</w:t>
      </w:r>
    </w:p>
    <w:p>
      <w:pPr>
        <w:bidi/>
        <w:spacing w:after="20"/>
        <w:jc w:val="right"/>
      </w:pPr>
      <w:r>
        <w:rPr>
          <w:rFonts w:ascii="Arial" w:hAnsi="Arial" w:cs="Arial" w:eastAsia="Arial"/>
          <w:lang w:val="he-IL" w:bidi="he-IL"/>
          <w:sz w:val="24"/>
          <w:rtl/>
          <w:szCs w:val="24"/>
        </w:rPr>
        <w:t xml:space="preserve">      ☐ ב. בארכיון</w:t>
      </w:r>
    </w:p>
    <w:p>
      <w:pPr>
        <w:bidi/>
        <w:spacing w:after="20"/>
        <w:jc w:val="right"/>
      </w:pPr>
      <w:r>
        <w:rPr>
          <w:rFonts w:ascii="Arial" w:hAnsi="Arial" w:cs="Arial" w:eastAsia="Arial"/>
          <w:lang w:val="he-IL" w:bidi="he-IL"/>
          <w:sz w:val="24"/>
          <w:rtl/>
          <w:szCs w:val="24"/>
        </w:rPr>
        <w:t xml:space="preserve">      ☐ ג. בגן הילדים</w:t>
      </w:r>
    </w:p>
    <w:p>
      <w:pPr>
        <w:bidi/>
        <w:spacing w:after="20"/>
        <w:jc w:val="right"/>
      </w:pPr>
      <w:r>
        <w:rPr>
          <w:rFonts w:ascii="Arial" w:hAnsi="Arial" w:cs="Arial" w:eastAsia="Arial"/>
          <w:lang w:val="he-IL" w:bidi="he-IL"/>
          <w:sz w:val="24"/>
          <w:rtl/>
          <w:szCs w:val="24"/>
        </w:rPr>
        <w:t xml:space="preserve">      ☐ ד. בכביש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בתמונה הישנה שאליה מצאה היו עשרות בתים.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המייסדים הם האנשים הראשונים שהתחילו את היישוב.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לפני שהיישוב הוקם, המקום היה שקט וריק מבתים.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המייסדים בנו הכול לבד בלי עזרה של אף אחד.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תושב ותיק הוא מי שגר ביישוב הרבה מאוד שנים.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אי אפשר למצוא היום סימנים מהימים הראשונים של היישוב.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האנשים הראשונים שהתחילו את היישוב נקראים __________</w:t>
      </w:r>
    </w:p>
    <w:p>
      <w:pPr>
        <w:bidi/>
        <w:spacing w:after="80"/>
        <w:jc w:val="right"/>
      </w:pPr>
      <w:r>
        <w:rPr>
          <w:rFonts w:ascii="Arial" w:hAnsi="Arial" w:cs="Arial" w:eastAsia="Arial"/>
          <w:lang w:val="he-IL" w:bidi="he-IL"/>
          <w:sz w:val="24"/>
          <w:rtl/>
          <w:szCs w:val="24"/>
        </w:rPr>
        <w:t>2. מקום ששומרים בו תמונות ומסמכים ישנים נקרא __________</w:t>
      </w:r>
    </w:p>
    <w:p>
      <w:pPr>
        <w:bidi/>
        <w:spacing w:after="80"/>
        <w:jc w:val="right"/>
      </w:pPr>
      <w:r>
        <w:rPr>
          <w:rFonts w:ascii="Arial" w:hAnsi="Arial" w:cs="Arial" w:eastAsia="Arial"/>
          <w:lang w:val="he-IL" w:bidi="he-IL"/>
          <w:sz w:val="24"/>
          <w:rtl/>
          <w:szCs w:val="24"/>
        </w:rPr>
        <w:t>3. בור עמוק באדמה שמוציאים ממנו מים נקרא __________</w:t>
      </w:r>
    </w:p>
    <w:p>
      <w:pPr>
        <w:bidi/>
        <w:spacing w:after="80"/>
        <w:jc w:val="right"/>
      </w:pPr>
      <w:r>
        <w:rPr>
          <w:rFonts w:ascii="Arial" w:hAnsi="Arial" w:cs="Arial" w:eastAsia="Arial"/>
          <w:lang w:val="he-IL" w:bidi="he-IL"/>
          <w:sz w:val="24"/>
          <w:rtl/>
          <w:szCs w:val="24"/>
        </w:rPr>
        <w:t>4. מי שגר ביישוב הרבה מאוד שנים נקרא תושב __________</w:t>
      </w:r>
    </w:p>
    <w:p>
      <w:pPr>
        <w:bidi/>
        <w:spacing w:after="80"/>
        <w:jc w:val="right"/>
      </w:pPr>
      <w:r>
        <w:rPr>
          <w:rFonts w:ascii="Arial" w:hAnsi="Arial" w:cs="Arial" w:eastAsia="Arial"/>
          <w:lang w:val="he-IL" w:bidi="he-IL"/>
          <w:sz w:val="24"/>
          <w:rtl/>
          <w:szCs w:val="24"/>
        </w:rPr>
        <w:t>5. ציור קטן שמייצג את היישוב נקרא __________</w:t>
      </w:r>
    </w:p>
    <w:p>
      <w:pPr>
        <w:bidi/>
        <w:spacing w:after="80"/>
        <w:jc w:val="right"/>
      </w:pPr>
      <w:r>
        <w:rPr>
          <w:rFonts w:ascii="Arial" w:hAnsi="Arial" w:cs="Arial" w:eastAsia="Arial"/>
          <w:lang w:val="he-IL" w:bidi="he-IL"/>
          <w:sz w:val="24"/>
          <w:rtl/>
          <w:szCs w:val="24"/>
        </w:rPr>
        <w:t>6. מקום שאנשים גרים בו, כמו עיר או כפר,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בין המילה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מייסדים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בור עמוק באדמה שמוציאים ממנו מים</w:t>
            </w:r>
          </w:p>
        </w:tc>
      </w:tr>
      <w:tr>
        <w:tc>
          <w:tcPr>
            <w:tcW w:type="dxa" w:w="3969"/>
          </w:tcPr>
          <w:p>
            <w:pPr>
              <w:bidi/>
              <w:jc w:val="right"/>
            </w:pPr>
            <w:r>
              <w:rPr>
                <w:rFonts w:ascii="Arial" w:hAnsi="Arial" w:cs="Arial" w:eastAsia="Arial"/>
                <w:lang w:val="he-IL" w:bidi="he-IL"/>
                <w:sz w:val="24"/>
                <w:rtl/>
                <w:szCs w:val="24"/>
              </w:rPr>
              <w:t>2. ארכיון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ציור קטן שמייצג את היישוב</w:t>
            </w:r>
          </w:p>
        </w:tc>
      </w:tr>
      <w:tr>
        <w:tc>
          <w:tcPr>
            <w:tcW w:type="dxa" w:w="3969"/>
          </w:tcPr>
          <w:p>
            <w:pPr>
              <w:bidi/>
              <w:jc w:val="right"/>
            </w:pPr>
            <w:r>
              <w:rPr>
                <w:rFonts w:ascii="Arial" w:hAnsi="Arial" w:cs="Arial" w:eastAsia="Arial"/>
                <w:lang w:val="he-IL" w:bidi="he-IL"/>
                <w:sz w:val="24"/>
                <w:rtl/>
                <w:szCs w:val="24"/>
              </w:rPr>
              <w:t>3. באר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מי שגר ביישוב הרבה מאוד שנים</w:t>
            </w:r>
          </w:p>
        </w:tc>
      </w:tr>
      <w:tr>
        <w:tc>
          <w:tcPr>
            <w:tcW w:type="dxa" w:w="3969"/>
          </w:tcPr>
          <w:p>
            <w:pPr>
              <w:bidi/>
              <w:jc w:val="right"/>
            </w:pPr>
            <w:r>
              <w:rPr>
                <w:rFonts w:ascii="Arial" w:hAnsi="Arial" w:cs="Arial" w:eastAsia="Arial"/>
                <w:lang w:val="he-IL" w:bidi="he-IL"/>
                <w:sz w:val="24"/>
                <w:rtl/>
                <w:szCs w:val="24"/>
              </w:rPr>
              <w:t>4. סמל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מקום ששומרים בו מסמכים ותמונות ישנים</w:t>
            </w:r>
          </w:p>
        </w:tc>
      </w:tr>
      <w:tr>
        <w:tc>
          <w:tcPr>
            <w:tcW w:type="dxa" w:w="3969"/>
          </w:tcPr>
          <w:p>
            <w:pPr>
              <w:bidi/>
              <w:jc w:val="right"/>
            </w:pPr>
            <w:r>
              <w:rPr>
                <w:rFonts w:ascii="Arial" w:hAnsi="Arial" w:cs="Arial" w:eastAsia="Arial"/>
                <w:lang w:val="he-IL" w:bidi="he-IL"/>
                <w:sz w:val="24"/>
                <w:rtl/>
                <w:szCs w:val="24"/>
              </w:rPr>
              <w:t>5. תושב ותיק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האנשים הראשונים שהתחילו את היישוב</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שלבי ההתפתחות של היישוב</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השביל הפך לכביש ונבנו עשרות ומאות בתים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המקום היה ריק - שדות, גבעה או חורשה שקטה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הגיעו משפחות חדשות ונפתחו גן ילדים ומכולת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המייסדים הגיעו ובדקו מים, אדמה ודרך</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המייסדים בנו בתים קטנים, באר ושביל ראשון</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דמיינו שאתם פוגשים תושב ותיק של היישוב שלכם. כתבו שלוש שאלות שהייתם שואלים אותו על הימים הראשונים.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חשבו על סימן אחד מהימים הראשונים שאולי אפשר למצוא היום ביישוב שלכם (עץ ישן, בית ישן, שלט). תארו אותו.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מי הם המייסדים?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אילו שלושה דברים בדקו המייסדים לפני שהתיישבו במקום?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לדרך לגלות את סיפור היישוב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היישוב שלי – איך הכול התחיל?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